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4AF8" w14:textId="4FC73B11" w:rsidR="00FC4558" w:rsidRDefault="00FC4558"/>
    <w:p w14:paraId="0322D2E8" w14:textId="2931D730" w:rsidR="00FC4558" w:rsidRDefault="009C40C1">
      <w:pPr>
        <w:pStyle w:val="Heading1"/>
        <w:rPr>
          <w:sz w:val="32"/>
          <w:szCs w:val="32"/>
        </w:rPr>
      </w:pPr>
      <w:r w:rsidRPr="00952B63">
        <w:rPr>
          <w:rFonts w:ascii="Calibri" w:eastAsia="Calibri" w:hAnsi="Calibri" w:cs="Times New Roman"/>
          <w:b w:val="0"/>
          <w:bCs w:val="0"/>
          <w:noProof/>
        </w:rPr>
        <w:drawing>
          <wp:anchor distT="0" distB="0" distL="114300" distR="114300" simplePos="0" relativeHeight="251659264" behindDoc="1" locked="0" layoutInCell="1" allowOverlap="1" wp14:anchorId="7B33DAEA" wp14:editId="6CD8EE64">
            <wp:simplePos x="0" y="0"/>
            <wp:positionH relativeFrom="margin">
              <wp:align>left</wp:align>
            </wp:positionH>
            <wp:positionV relativeFrom="paragraph">
              <wp:posOffset>26670</wp:posOffset>
            </wp:positionV>
            <wp:extent cx="723900" cy="832485"/>
            <wp:effectExtent l="57150" t="38100" r="57150" b="43815"/>
            <wp:wrapTight wrapText="bothSides">
              <wp:wrapPolygon edited="0">
                <wp:start x="-1705" y="-989"/>
                <wp:lineTo x="-568" y="22243"/>
                <wp:lineTo x="22737" y="22243"/>
                <wp:lineTo x="21600" y="-989"/>
                <wp:lineTo x="-1705" y="-989"/>
              </wp:wrapPolygon>
            </wp:wrapTight>
            <wp:docPr id="1" name="Picture 1" descr="G:\pictures\09-30-2004 08;00;15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ictures\09-30-2004 08;00;15P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a:ln w="9525">
                      <a:noFill/>
                      <a:miter lim="800000"/>
                      <a:headEnd/>
                      <a:tailEnd/>
                    </a:ln>
                    <a:scene3d>
                      <a:camera prst="orthographicFront">
                        <a:rot lat="21020629" lon="20686752" rev="156781"/>
                      </a:camera>
                      <a:lightRig rig="threePt" dir="t"/>
                    </a:scene3d>
                  </pic:spPr>
                </pic:pic>
              </a:graphicData>
            </a:graphic>
            <wp14:sizeRelH relativeFrom="page">
              <wp14:pctWidth>0</wp14:pctWidth>
            </wp14:sizeRelH>
            <wp14:sizeRelV relativeFrom="page">
              <wp14:pctHeight>0</wp14:pctHeight>
            </wp14:sizeRelV>
          </wp:anchor>
        </w:drawing>
      </w:r>
      <w:r w:rsidR="00157312" w:rsidRPr="004F66E4">
        <w:rPr>
          <w:sz w:val="32"/>
          <w:szCs w:val="32"/>
        </w:rPr>
        <w:t>202</w:t>
      </w:r>
      <w:r w:rsidR="00CA0289">
        <w:rPr>
          <w:sz w:val="32"/>
          <w:szCs w:val="32"/>
        </w:rPr>
        <w:t>6</w:t>
      </w:r>
      <w:r w:rsidR="00157312" w:rsidRPr="004F66E4">
        <w:rPr>
          <w:sz w:val="32"/>
          <w:szCs w:val="32"/>
        </w:rPr>
        <w:t xml:space="preserve"> Minnesota State Poultry Association Show Catalog</w:t>
      </w:r>
    </w:p>
    <w:p w14:paraId="7C2E49C3" w14:textId="5E3921DA" w:rsidR="00B80326" w:rsidRPr="00B80326" w:rsidRDefault="00B80326" w:rsidP="00B80326">
      <w:pPr>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326">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October 2</w:t>
      </w:r>
      <w:r w:rsidR="00CA0289">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B80326">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CA0289">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B80326">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CA0289">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B80326">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t>
      </w:r>
      <w:r w:rsidR="00CA0289">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Pr="00B80326">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onor of </w:t>
      </w:r>
      <w:r w:rsidR="00CA0289">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Reynold Loecker</w:t>
      </w:r>
      <w:r w:rsidRPr="00B80326">
        <w:rPr>
          <w:color w:val="1F497D"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bl>
      <w:tblPr>
        <w:tblW w:w="14580" w:type="dxa"/>
        <w:tblLook w:val="04A0" w:firstRow="1" w:lastRow="0" w:firstColumn="1" w:lastColumn="0" w:noHBand="0" w:noVBand="1"/>
      </w:tblPr>
      <w:tblGrid>
        <w:gridCol w:w="7200"/>
        <w:gridCol w:w="7380"/>
      </w:tblGrid>
      <w:tr w:rsidR="004F66E4" w:rsidRPr="00991F95" w14:paraId="72C0A512" w14:textId="77777777" w:rsidTr="007A5C46">
        <w:tc>
          <w:tcPr>
            <w:tcW w:w="7200" w:type="dxa"/>
          </w:tcPr>
          <w:p w14:paraId="5E70784C" w14:textId="77777777" w:rsidR="00FC4558" w:rsidRPr="00991F95" w:rsidRDefault="00FC4558">
            <w:pPr>
              <w:rPr>
                <w:rFonts w:ascii="Times New Roman" w:hAnsi="Times New Roman" w:cs="Times New Roman"/>
              </w:rPr>
            </w:pPr>
          </w:p>
          <w:p w14:paraId="1BC3F4C5" w14:textId="70231C34" w:rsidR="00FC4558" w:rsidRPr="00991F95" w:rsidRDefault="00157312">
            <w:pPr>
              <w:rPr>
                <w:rFonts w:ascii="Times New Roman" w:hAnsi="Times New Roman" w:cs="Times New Roman"/>
                <w:b/>
                <w:bCs/>
              </w:rPr>
            </w:pPr>
            <w:r w:rsidRPr="00991F95">
              <w:rPr>
                <w:rFonts w:ascii="Times New Roman" w:hAnsi="Times New Roman" w:cs="Times New Roman"/>
                <w:b/>
                <w:bCs/>
              </w:rPr>
              <w:t>202</w:t>
            </w:r>
            <w:r w:rsidR="00CA0289">
              <w:rPr>
                <w:rFonts w:ascii="Times New Roman" w:hAnsi="Times New Roman" w:cs="Times New Roman"/>
                <w:b/>
                <w:bCs/>
              </w:rPr>
              <w:t>6</w:t>
            </w:r>
            <w:r w:rsidRPr="00991F95">
              <w:rPr>
                <w:rFonts w:ascii="Times New Roman" w:hAnsi="Times New Roman" w:cs="Times New Roman"/>
                <w:b/>
                <w:bCs/>
              </w:rPr>
              <w:t xml:space="preserve"> Minnesota State Poultry Association Show Catalog</w:t>
            </w:r>
          </w:p>
          <w:p w14:paraId="4791F864" w14:textId="621A0F9B" w:rsidR="00FC4558" w:rsidRPr="00991F95" w:rsidRDefault="00157312">
            <w:pPr>
              <w:rPr>
                <w:rFonts w:ascii="Times New Roman" w:hAnsi="Times New Roman" w:cs="Times New Roman"/>
              </w:rPr>
            </w:pPr>
            <w:r w:rsidRPr="00991F95">
              <w:rPr>
                <w:rFonts w:ascii="Times New Roman" w:hAnsi="Times New Roman" w:cs="Times New Roman"/>
              </w:rPr>
              <w:t>The Minnesota State Poultry Association invites all poultry fanciers from Canada and throughout the United States to exhibit your birds with us at our 13</w:t>
            </w:r>
            <w:r w:rsidR="00CA0289">
              <w:rPr>
                <w:rFonts w:ascii="Times New Roman" w:hAnsi="Times New Roman" w:cs="Times New Roman"/>
              </w:rPr>
              <w:t>8</w:t>
            </w:r>
            <w:r w:rsidRPr="00991F95">
              <w:rPr>
                <w:rFonts w:ascii="Times New Roman" w:hAnsi="Times New Roman" w:cs="Times New Roman"/>
              </w:rPr>
              <w:t>th Annual Show.</w:t>
            </w:r>
          </w:p>
          <w:p w14:paraId="45F2F177" w14:textId="77777777" w:rsidR="00FC4558" w:rsidRPr="00991F95" w:rsidRDefault="00157312">
            <w:pPr>
              <w:rPr>
                <w:rFonts w:ascii="Times New Roman" w:hAnsi="Times New Roman" w:cs="Times New Roman"/>
              </w:rPr>
            </w:pPr>
            <w:r w:rsidRPr="00991F95">
              <w:rPr>
                <w:rFonts w:ascii="Times New Roman" w:hAnsi="Times New Roman" w:cs="Times New Roman"/>
              </w:rPr>
              <w:t>Location: 840 Century Avenue SW, Hutchinson, Minnesota.</w:t>
            </w:r>
          </w:p>
          <w:p w14:paraId="1426339B" w14:textId="77777777" w:rsidR="00FC4558" w:rsidRPr="00991F95" w:rsidRDefault="00157312">
            <w:pPr>
              <w:rPr>
                <w:rFonts w:ascii="Times New Roman" w:hAnsi="Times New Roman" w:cs="Times New Roman"/>
              </w:rPr>
            </w:pPr>
            <w:r w:rsidRPr="00991F95">
              <w:rPr>
                <w:rFonts w:ascii="Times New Roman" w:hAnsi="Times New Roman" w:cs="Times New Roman"/>
              </w:rPr>
              <w:t>Directions: Hutchinson is 50 miles west of Minneapolis. From 494, take State Hwy. #7 to Hutchinson, Main entrance is on Highway 15 South. Turn on Century Avenue behind the Shamrock Inn and Walmart.</w:t>
            </w:r>
          </w:p>
          <w:p w14:paraId="18967ED4" w14:textId="77777777" w:rsidR="00FC4558" w:rsidRPr="00991F95" w:rsidRDefault="00157312">
            <w:pPr>
              <w:rPr>
                <w:rFonts w:ascii="Times New Roman" w:hAnsi="Times New Roman" w:cs="Times New Roman"/>
              </w:rPr>
            </w:pPr>
            <w:r w:rsidRPr="00991F95">
              <w:rPr>
                <w:rFonts w:ascii="Times New Roman" w:hAnsi="Times New Roman" w:cs="Times New Roman"/>
              </w:rPr>
              <w:t>MOTEL ACCOMMODATIONS IN HUTCHINSON:</w:t>
            </w:r>
          </w:p>
          <w:p w14:paraId="0E6B2A01" w14:textId="77777777" w:rsidR="004A3FD9" w:rsidRPr="00991F95" w:rsidRDefault="00157312" w:rsidP="004A3FD9">
            <w:pPr>
              <w:pStyle w:val="ListParagraph"/>
              <w:numPr>
                <w:ilvl w:val="0"/>
                <w:numId w:val="13"/>
              </w:numPr>
              <w:rPr>
                <w:rFonts w:ascii="Times New Roman" w:hAnsi="Times New Roman" w:cs="Times New Roman"/>
              </w:rPr>
            </w:pPr>
            <w:r w:rsidRPr="00991F95">
              <w:rPr>
                <w:rFonts w:ascii="Times New Roman" w:hAnsi="Times New Roman" w:cs="Times New Roman"/>
              </w:rPr>
              <w:t>Days Inn (Headquarters) 1-320-587-6030</w:t>
            </w:r>
          </w:p>
          <w:p w14:paraId="21A06F0C" w14:textId="77777777" w:rsidR="004A3FD9" w:rsidRPr="00991F95" w:rsidRDefault="00157312" w:rsidP="004A3FD9">
            <w:pPr>
              <w:pStyle w:val="ListParagraph"/>
              <w:numPr>
                <w:ilvl w:val="0"/>
                <w:numId w:val="13"/>
              </w:numPr>
              <w:rPr>
                <w:rFonts w:ascii="Times New Roman" w:hAnsi="Times New Roman" w:cs="Times New Roman"/>
              </w:rPr>
            </w:pPr>
            <w:proofErr w:type="spellStart"/>
            <w:r w:rsidRPr="00991F95">
              <w:rPr>
                <w:rFonts w:ascii="Times New Roman" w:hAnsi="Times New Roman" w:cs="Times New Roman"/>
              </w:rPr>
              <w:t>Americ</w:t>
            </w:r>
            <w:proofErr w:type="spellEnd"/>
            <w:r w:rsidRPr="00991F95">
              <w:rPr>
                <w:rFonts w:ascii="Times New Roman" w:hAnsi="Times New Roman" w:cs="Times New Roman"/>
              </w:rPr>
              <w:t>-Inn 1-320-587-5515</w:t>
            </w:r>
          </w:p>
          <w:p w14:paraId="201946B3" w14:textId="77777777" w:rsidR="004A3FD9" w:rsidRPr="00991F95" w:rsidRDefault="00157312" w:rsidP="004A3FD9">
            <w:pPr>
              <w:pStyle w:val="ListParagraph"/>
              <w:numPr>
                <w:ilvl w:val="0"/>
                <w:numId w:val="13"/>
              </w:numPr>
              <w:rPr>
                <w:rFonts w:ascii="Times New Roman" w:hAnsi="Times New Roman" w:cs="Times New Roman"/>
              </w:rPr>
            </w:pPr>
            <w:r w:rsidRPr="00991F95">
              <w:rPr>
                <w:rFonts w:ascii="Times New Roman" w:hAnsi="Times New Roman" w:cs="Times New Roman"/>
              </w:rPr>
              <w:t>King Motel 1-320-587-4737</w:t>
            </w:r>
          </w:p>
          <w:p w14:paraId="54430FE0" w14:textId="77777777" w:rsidR="004A3FD9" w:rsidRPr="00991F95" w:rsidRDefault="00157312" w:rsidP="004A3FD9">
            <w:pPr>
              <w:pStyle w:val="ListParagraph"/>
              <w:numPr>
                <w:ilvl w:val="0"/>
                <w:numId w:val="13"/>
              </w:numPr>
              <w:rPr>
                <w:rFonts w:ascii="Times New Roman" w:hAnsi="Times New Roman" w:cs="Times New Roman"/>
              </w:rPr>
            </w:pPr>
            <w:r w:rsidRPr="00991F95">
              <w:rPr>
                <w:rFonts w:ascii="Times New Roman" w:hAnsi="Times New Roman" w:cs="Times New Roman"/>
              </w:rPr>
              <w:t>Queens Inn 1-320-587-2129</w:t>
            </w:r>
          </w:p>
          <w:p w14:paraId="6310FEDE" w14:textId="77777777" w:rsidR="004A3FD9" w:rsidRPr="00991F95" w:rsidRDefault="00157312" w:rsidP="004A3FD9">
            <w:pPr>
              <w:pStyle w:val="ListParagraph"/>
              <w:numPr>
                <w:ilvl w:val="0"/>
                <w:numId w:val="13"/>
              </w:numPr>
              <w:rPr>
                <w:rFonts w:ascii="Times New Roman" w:hAnsi="Times New Roman" w:cs="Times New Roman"/>
              </w:rPr>
            </w:pPr>
            <w:r w:rsidRPr="00991F95">
              <w:rPr>
                <w:rFonts w:ascii="Times New Roman" w:hAnsi="Times New Roman" w:cs="Times New Roman"/>
              </w:rPr>
              <w:t>Cobblestone Hotel and Suites 1-320-587-7777</w:t>
            </w:r>
          </w:p>
          <w:p w14:paraId="18C51CA6" w14:textId="1C1B6C28" w:rsidR="00FC4558" w:rsidRPr="00991F95" w:rsidRDefault="00157312" w:rsidP="004A3FD9">
            <w:pPr>
              <w:pStyle w:val="ListParagraph"/>
              <w:numPr>
                <w:ilvl w:val="0"/>
                <w:numId w:val="13"/>
              </w:numPr>
              <w:rPr>
                <w:rFonts w:ascii="Times New Roman" w:hAnsi="Times New Roman" w:cs="Times New Roman"/>
              </w:rPr>
            </w:pPr>
            <w:r w:rsidRPr="00991F95">
              <w:rPr>
                <w:rFonts w:ascii="Times New Roman" w:hAnsi="Times New Roman" w:cs="Times New Roman"/>
              </w:rPr>
              <w:t>Shamrock Inn 1-320-587-9299</w:t>
            </w:r>
          </w:p>
          <w:p w14:paraId="5CE8D25C" w14:textId="77777777" w:rsidR="00FC4558" w:rsidRPr="00991F95" w:rsidRDefault="00157312">
            <w:pPr>
              <w:rPr>
                <w:rFonts w:ascii="Times New Roman" w:hAnsi="Times New Roman" w:cs="Times New Roman"/>
              </w:rPr>
            </w:pPr>
            <w:r w:rsidRPr="00991F95">
              <w:rPr>
                <w:rFonts w:ascii="Times New Roman" w:hAnsi="Times New Roman" w:cs="Times New Roman"/>
              </w:rPr>
              <w:t>OFFICERS: President - Mark Petersen 1-507-340-5277</w:t>
            </w:r>
          </w:p>
          <w:p w14:paraId="6ADB0D41" w14:textId="77777777" w:rsidR="00FC4558" w:rsidRPr="00991F95" w:rsidRDefault="00157312">
            <w:pPr>
              <w:rPr>
                <w:rFonts w:ascii="Times New Roman" w:hAnsi="Times New Roman" w:cs="Times New Roman"/>
              </w:rPr>
            </w:pPr>
            <w:r w:rsidRPr="00991F95">
              <w:rPr>
                <w:rFonts w:ascii="Times New Roman" w:hAnsi="Times New Roman" w:cs="Times New Roman"/>
              </w:rPr>
              <w:t>1st Vice President - Richard Andree 1-507-396-3804</w:t>
            </w:r>
          </w:p>
          <w:p w14:paraId="70985DC9" w14:textId="77777777" w:rsidR="00FC4558" w:rsidRPr="00991F95" w:rsidRDefault="00157312">
            <w:pPr>
              <w:rPr>
                <w:rFonts w:ascii="Times New Roman" w:hAnsi="Times New Roman" w:cs="Times New Roman"/>
              </w:rPr>
            </w:pPr>
            <w:r w:rsidRPr="00991F95">
              <w:rPr>
                <w:rFonts w:ascii="Times New Roman" w:hAnsi="Times New Roman" w:cs="Times New Roman"/>
              </w:rPr>
              <w:t>2nd Vice President - Don Ryan 1-952-758-4007</w:t>
            </w:r>
          </w:p>
          <w:p w14:paraId="2052ECDF" w14:textId="77777777" w:rsidR="00FC4558" w:rsidRPr="00991F95" w:rsidRDefault="00157312">
            <w:pPr>
              <w:rPr>
                <w:rFonts w:ascii="Times New Roman" w:hAnsi="Times New Roman" w:cs="Times New Roman"/>
              </w:rPr>
            </w:pPr>
            <w:r w:rsidRPr="00991F95">
              <w:rPr>
                <w:rFonts w:ascii="Times New Roman" w:hAnsi="Times New Roman" w:cs="Times New Roman"/>
              </w:rPr>
              <w:t>Secretary-Treasurer - Patti Dietzel 1-952-303-9948</w:t>
            </w:r>
          </w:p>
          <w:p w14:paraId="51DC612F" w14:textId="77777777" w:rsidR="008E7D44" w:rsidRPr="008479A4" w:rsidRDefault="008E7D44" w:rsidP="008E7D44">
            <w:pPr>
              <w:rPr>
                <w:rFonts w:ascii="Times New Roman" w:hAnsi="Times New Roman" w:cs="Times New Roman"/>
                <w:b/>
                <w:bCs/>
                <w:u w:val="single"/>
              </w:rPr>
            </w:pPr>
            <w:r w:rsidRPr="008479A4">
              <w:rPr>
                <w:rFonts w:ascii="Times New Roman" w:hAnsi="Times New Roman" w:cs="Times New Roman"/>
                <w:b/>
                <w:bCs/>
                <w:u w:val="single"/>
              </w:rPr>
              <w:lastRenderedPageBreak/>
              <w:t xml:space="preserve">SHOW RULES AND REGULATIONS  </w:t>
            </w:r>
          </w:p>
          <w:p w14:paraId="13DD0851" w14:textId="77777777" w:rsidR="008E7D44" w:rsidRDefault="008E7D44" w:rsidP="008E7D44">
            <w:pPr>
              <w:rPr>
                <w:rFonts w:ascii="Times New Roman" w:hAnsi="Times New Roman" w:cs="Times New Roman"/>
              </w:rPr>
            </w:pPr>
            <w:r w:rsidRPr="008E7D44">
              <w:rPr>
                <w:rFonts w:ascii="Times New Roman" w:hAnsi="Times New Roman" w:cs="Times New Roman"/>
              </w:rPr>
              <w:t xml:space="preserve">1. Open entry fee is $5.00 per bird. Double </w:t>
            </w:r>
            <w:proofErr w:type="gramStart"/>
            <w:r w:rsidRPr="008E7D44">
              <w:rPr>
                <w:rFonts w:ascii="Times New Roman" w:hAnsi="Times New Roman" w:cs="Times New Roman"/>
              </w:rPr>
              <w:t>coops</w:t>
            </w:r>
            <w:proofErr w:type="gramEnd"/>
            <w:r w:rsidRPr="008E7D44">
              <w:rPr>
                <w:rFonts w:ascii="Times New Roman" w:hAnsi="Times New Roman" w:cs="Times New Roman"/>
              </w:rPr>
              <w:t xml:space="preserve"> are $10.00. Trios are $15.00.  Junior entry fee is $4.00 per bird.  Double </w:t>
            </w:r>
            <w:proofErr w:type="gramStart"/>
            <w:r w:rsidRPr="008E7D44">
              <w:rPr>
                <w:rFonts w:ascii="Times New Roman" w:hAnsi="Times New Roman" w:cs="Times New Roman"/>
              </w:rPr>
              <w:t>coops</w:t>
            </w:r>
            <w:proofErr w:type="gramEnd"/>
            <w:r w:rsidRPr="008E7D44">
              <w:rPr>
                <w:rFonts w:ascii="Times New Roman" w:hAnsi="Times New Roman" w:cs="Times New Roman"/>
              </w:rPr>
              <w:t xml:space="preserve"> are $8.00.  Trios are $12.00</w:t>
            </w:r>
          </w:p>
          <w:p w14:paraId="69567F17" w14:textId="77777777" w:rsidR="008E7D44" w:rsidRPr="008E7D44" w:rsidRDefault="008E7D44" w:rsidP="008E7D44">
            <w:pPr>
              <w:rPr>
                <w:rFonts w:ascii="Times New Roman" w:hAnsi="Times New Roman" w:cs="Times New Roman"/>
                <w:b/>
                <w:bCs/>
                <w:sz w:val="32"/>
                <w:szCs w:val="32"/>
              </w:rPr>
            </w:pPr>
            <w:r w:rsidRPr="008E7D44">
              <w:rPr>
                <w:rFonts w:ascii="Times New Roman" w:hAnsi="Times New Roman" w:cs="Times New Roman"/>
                <w:b/>
                <w:bCs/>
                <w:sz w:val="32"/>
                <w:szCs w:val="32"/>
              </w:rPr>
              <w:t>2. ENTRY DEADLINE OCTOBER 2, 2026</w:t>
            </w:r>
          </w:p>
          <w:p w14:paraId="539BA89F" w14:textId="77777777" w:rsidR="008E7D44" w:rsidRPr="008E7D44" w:rsidRDefault="008E7D44" w:rsidP="008E7D44">
            <w:pPr>
              <w:rPr>
                <w:rFonts w:ascii="Times New Roman" w:hAnsi="Times New Roman" w:cs="Times New Roman"/>
              </w:rPr>
            </w:pPr>
            <w:r w:rsidRPr="008E7D44">
              <w:rPr>
                <w:rFonts w:ascii="Times New Roman" w:hAnsi="Times New Roman" w:cs="Times New Roman"/>
              </w:rPr>
              <w:t>3. Absolutely NO scales in the showroom.</w:t>
            </w:r>
          </w:p>
          <w:p w14:paraId="2D663691" w14:textId="2FAC3711" w:rsidR="00B07C6A" w:rsidRPr="00991F95" w:rsidRDefault="001F381D" w:rsidP="00B07C6A">
            <w:pPr>
              <w:rPr>
                <w:rFonts w:ascii="Times New Roman" w:hAnsi="Times New Roman" w:cs="Times New Roman"/>
              </w:rPr>
            </w:pPr>
            <w:r>
              <w:rPr>
                <w:rFonts w:ascii="Times New Roman" w:hAnsi="Times New Roman" w:cs="Times New Roman"/>
              </w:rPr>
              <w:t>4</w:t>
            </w:r>
            <w:r w:rsidR="00B07C6A" w:rsidRPr="00991F95">
              <w:rPr>
                <w:rFonts w:ascii="Times New Roman" w:hAnsi="Times New Roman" w:cs="Times New Roman"/>
              </w:rPr>
              <w:t>. ALL ENTRIES must be accompanied by a valid negative pullorum/typhoid test certificate administered 90 days of the show</w:t>
            </w:r>
            <w:r w:rsidR="008479A4">
              <w:rPr>
                <w:rFonts w:ascii="Times New Roman" w:hAnsi="Times New Roman" w:cs="Times New Roman"/>
              </w:rPr>
              <w:t xml:space="preserve"> or</w:t>
            </w:r>
            <w:r w:rsidR="00B07C6A" w:rsidRPr="00991F95">
              <w:rPr>
                <w:rFonts w:ascii="Times New Roman" w:hAnsi="Times New Roman" w:cs="Times New Roman"/>
              </w:rPr>
              <w:t xml:space="preserve"> N.P.I</w:t>
            </w:r>
            <w:proofErr w:type="gramStart"/>
            <w:r w:rsidR="00B07C6A" w:rsidRPr="00991F95">
              <w:rPr>
                <w:rFonts w:ascii="Times New Roman" w:hAnsi="Times New Roman" w:cs="Times New Roman"/>
              </w:rPr>
              <w:t>.P</w:t>
            </w:r>
            <w:proofErr w:type="gramEnd"/>
            <w:r w:rsidR="00B07C6A" w:rsidRPr="00991F95">
              <w:rPr>
                <w:rFonts w:ascii="Times New Roman" w:hAnsi="Times New Roman" w:cs="Times New Roman"/>
              </w:rPr>
              <w:t xml:space="preserve"> certificate. All birds must meet Minnesota regulations for the exhibition including a leg band or wing band. Turkeys must be tested for </w:t>
            </w:r>
            <w:proofErr w:type="spellStart"/>
            <w:r w:rsidR="00B07C6A" w:rsidRPr="00991F95">
              <w:rPr>
                <w:rFonts w:ascii="Times New Roman" w:hAnsi="Times New Roman" w:cs="Times New Roman"/>
              </w:rPr>
              <w:t>Mycoplasm</w:t>
            </w:r>
            <w:proofErr w:type="spellEnd"/>
            <w:r w:rsidR="00B07C6A" w:rsidRPr="00991F95">
              <w:rPr>
                <w:rFonts w:ascii="Times New Roman" w:hAnsi="Times New Roman" w:cs="Times New Roman"/>
              </w:rPr>
              <w:t xml:space="preserve"> </w:t>
            </w:r>
            <w:proofErr w:type="spellStart"/>
            <w:r w:rsidR="00B07C6A" w:rsidRPr="00991F95">
              <w:rPr>
                <w:rFonts w:ascii="Times New Roman" w:hAnsi="Times New Roman" w:cs="Times New Roman"/>
              </w:rPr>
              <w:t>Gallisepticum</w:t>
            </w:r>
            <w:proofErr w:type="spellEnd"/>
            <w:r w:rsidR="00B07C6A" w:rsidRPr="00991F95">
              <w:rPr>
                <w:rFonts w:ascii="Times New Roman" w:hAnsi="Times New Roman" w:cs="Times New Roman"/>
              </w:rPr>
              <w:t xml:space="preserve"> and </w:t>
            </w:r>
            <w:proofErr w:type="spellStart"/>
            <w:r w:rsidR="00B07C6A" w:rsidRPr="00991F95">
              <w:rPr>
                <w:rFonts w:ascii="Times New Roman" w:hAnsi="Times New Roman" w:cs="Times New Roman"/>
              </w:rPr>
              <w:t>Mycoplasm</w:t>
            </w:r>
            <w:proofErr w:type="spellEnd"/>
            <w:r w:rsidR="00B07C6A" w:rsidRPr="00991F95">
              <w:rPr>
                <w:rFonts w:ascii="Times New Roman" w:hAnsi="Times New Roman" w:cs="Times New Roman"/>
              </w:rPr>
              <w:t xml:space="preserve"> </w:t>
            </w:r>
            <w:proofErr w:type="spellStart"/>
            <w:r w:rsidR="00B07C6A" w:rsidRPr="00991F95">
              <w:rPr>
                <w:rFonts w:ascii="Times New Roman" w:hAnsi="Times New Roman" w:cs="Times New Roman"/>
              </w:rPr>
              <w:t>Synovae</w:t>
            </w:r>
            <w:proofErr w:type="spellEnd"/>
            <w:r w:rsidR="00B07C6A" w:rsidRPr="00991F95">
              <w:rPr>
                <w:rFonts w:ascii="Times New Roman" w:hAnsi="Times New Roman" w:cs="Times New Roman"/>
              </w:rPr>
              <w:t>.</w:t>
            </w:r>
          </w:p>
          <w:p w14:paraId="45482F98" w14:textId="47D79DF8" w:rsidR="00B07C6A" w:rsidRPr="00991F95" w:rsidRDefault="001F381D" w:rsidP="00B07C6A">
            <w:pPr>
              <w:rPr>
                <w:rFonts w:ascii="Times New Roman" w:hAnsi="Times New Roman" w:cs="Times New Roman"/>
              </w:rPr>
            </w:pPr>
            <w:r>
              <w:rPr>
                <w:rFonts w:ascii="Times New Roman" w:hAnsi="Times New Roman" w:cs="Times New Roman"/>
              </w:rPr>
              <w:t>5</w:t>
            </w:r>
            <w:r w:rsidR="00B07C6A" w:rsidRPr="00991F95">
              <w:rPr>
                <w:rFonts w:ascii="Times New Roman" w:hAnsi="Times New Roman" w:cs="Times New Roman"/>
              </w:rPr>
              <w:t xml:space="preserve">. All breeds that included bearded and non-bearded or single comb and </w:t>
            </w:r>
            <w:r w:rsidR="00FF7253" w:rsidRPr="00991F95">
              <w:rPr>
                <w:rFonts w:ascii="Times New Roman" w:hAnsi="Times New Roman" w:cs="Times New Roman"/>
              </w:rPr>
              <w:t>rose comb</w:t>
            </w:r>
            <w:r w:rsidR="00B07C6A" w:rsidRPr="00991F95">
              <w:rPr>
                <w:rFonts w:ascii="Times New Roman" w:hAnsi="Times New Roman" w:cs="Times New Roman"/>
              </w:rPr>
              <w:t xml:space="preserve"> varieties should be identified specifically.</w:t>
            </w:r>
          </w:p>
          <w:p w14:paraId="009188C8" w14:textId="20DBF733" w:rsidR="00B07C6A" w:rsidRPr="00991F95" w:rsidRDefault="001F381D" w:rsidP="00B07C6A">
            <w:pPr>
              <w:rPr>
                <w:rFonts w:ascii="Times New Roman" w:hAnsi="Times New Roman" w:cs="Times New Roman"/>
              </w:rPr>
            </w:pPr>
            <w:r>
              <w:rPr>
                <w:rFonts w:ascii="Times New Roman" w:hAnsi="Times New Roman" w:cs="Times New Roman"/>
              </w:rPr>
              <w:t>6</w:t>
            </w:r>
            <w:r w:rsidR="00B07C6A" w:rsidRPr="00991F95">
              <w:rPr>
                <w:rFonts w:ascii="Times New Roman" w:hAnsi="Times New Roman" w:cs="Times New Roman"/>
              </w:rPr>
              <w:t>. A junior is a youth who is 18 and under. APA rules govern; Open Show is different birds.</w:t>
            </w:r>
          </w:p>
          <w:p w14:paraId="6A39206B" w14:textId="74795D89" w:rsidR="00B07C6A" w:rsidRPr="00991F95" w:rsidRDefault="001F381D" w:rsidP="00B07C6A">
            <w:pPr>
              <w:rPr>
                <w:rFonts w:ascii="Times New Roman" w:hAnsi="Times New Roman" w:cs="Times New Roman"/>
              </w:rPr>
            </w:pPr>
            <w:r>
              <w:rPr>
                <w:rFonts w:ascii="Times New Roman" w:hAnsi="Times New Roman" w:cs="Times New Roman"/>
              </w:rPr>
              <w:t>7</w:t>
            </w:r>
            <w:r w:rsidR="00B07C6A" w:rsidRPr="00991F95">
              <w:rPr>
                <w:rFonts w:ascii="Times New Roman" w:hAnsi="Times New Roman" w:cs="Times New Roman"/>
              </w:rPr>
              <w:t>. The Minnesota State Poultry Association has accepted specialty meets from various clubs but will not be held responsible for such awards.</w:t>
            </w:r>
          </w:p>
          <w:p w14:paraId="2C9D98D1" w14:textId="61518722" w:rsidR="00B07C6A" w:rsidRPr="00991F95" w:rsidRDefault="001F381D" w:rsidP="00B07C6A">
            <w:pPr>
              <w:rPr>
                <w:rFonts w:ascii="Times New Roman" w:hAnsi="Times New Roman" w:cs="Times New Roman"/>
              </w:rPr>
            </w:pPr>
            <w:r>
              <w:rPr>
                <w:rFonts w:ascii="Times New Roman" w:hAnsi="Times New Roman" w:cs="Times New Roman"/>
              </w:rPr>
              <w:t>8</w:t>
            </w:r>
            <w:r w:rsidR="00B07C6A" w:rsidRPr="00991F95">
              <w:rPr>
                <w:rFonts w:ascii="Times New Roman" w:hAnsi="Times New Roman" w:cs="Times New Roman"/>
              </w:rPr>
              <w:t>. Birds are to be handled by the owner, judge and show officials only. Any person interfering with judging will have his/her birds disqualified.</w:t>
            </w:r>
          </w:p>
          <w:p w14:paraId="34FC571A" w14:textId="192A4EDA" w:rsidR="00B07C6A" w:rsidRPr="00991F95" w:rsidRDefault="001F381D" w:rsidP="00B07C6A">
            <w:pPr>
              <w:rPr>
                <w:rFonts w:ascii="Times New Roman" w:hAnsi="Times New Roman" w:cs="Times New Roman"/>
              </w:rPr>
            </w:pPr>
            <w:r>
              <w:rPr>
                <w:rFonts w:ascii="Times New Roman" w:hAnsi="Times New Roman" w:cs="Times New Roman"/>
              </w:rPr>
              <w:t>9</w:t>
            </w:r>
            <w:r w:rsidR="00B07C6A" w:rsidRPr="00991F95">
              <w:rPr>
                <w:rFonts w:ascii="Times New Roman" w:hAnsi="Times New Roman" w:cs="Times New Roman"/>
              </w:rPr>
              <w:t>. All eggs laid during the show are property of Minnesota State Poultry Association. Only show officials are authorized to remove eggs from cages.</w:t>
            </w:r>
          </w:p>
          <w:p w14:paraId="4FA65DBB" w14:textId="78202631" w:rsidR="00B07C6A" w:rsidRPr="00991F95" w:rsidRDefault="001F381D" w:rsidP="00B07C6A">
            <w:pPr>
              <w:rPr>
                <w:rFonts w:ascii="Times New Roman" w:hAnsi="Times New Roman" w:cs="Times New Roman"/>
              </w:rPr>
            </w:pPr>
            <w:r>
              <w:rPr>
                <w:rFonts w:ascii="Times New Roman" w:hAnsi="Times New Roman" w:cs="Times New Roman"/>
              </w:rPr>
              <w:t>10</w:t>
            </w:r>
            <w:r w:rsidR="00B07C6A" w:rsidRPr="00991F95">
              <w:rPr>
                <w:rFonts w:ascii="Times New Roman" w:hAnsi="Times New Roman" w:cs="Times New Roman"/>
              </w:rPr>
              <w:t>. A display of chickens, turkeys and guineas will consist of cock, hen, cockerel, pullet and a young or old trio. A display in waterfowl will consist of old male, old female, young male, young female and 3 more birds. Point system per APA rules will govern.</w:t>
            </w:r>
          </w:p>
          <w:p w14:paraId="25369EF5" w14:textId="7173529C" w:rsidR="00C154E3" w:rsidRDefault="00C154E3" w:rsidP="008479A4">
            <w:pPr>
              <w:rPr>
                <w:rFonts w:ascii="Times New Roman" w:hAnsi="Times New Roman" w:cs="Times New Roman"/>
              </w:rPr>
            </w:pPr>
          </w:p>
          <w:p w14:paraId="5D290F5A" w14:textId="439B2BF5" w:rsidR="00A2159C" w:rsidRDefault="00A2159C" w:rsidP="00C154E3">
            <w:pPr>
              <w:rPr>
                <w:rFonts w:ascii="Times New Roman" w:hAnsi="Times New Roman" w:cs="Times New Roman"/>
              </w:rPr>
            </w:pPr>
            <w:r w:rsidRPr="008E7D44">
              <w:rPr>
                <w:rFonts w:ascii="Times New Roman" w:hAnsi="Times New Roman" w:cs="Times New Roman"/>
              </w:rPr>
              <w:lastRenderedPageBreak/>
              <w:t>2:00 p</w:t>
            </w:r>
            <w:r>
              <w:rPr>
                <w:rFonts w:ascii="Times New Roman" w:hAnsi="Times New Roman" w:cs="Times New Roman"/>
              </w:rPr>
              <w:t>.</w:t>
            </w:r>
            <w:r w:rsidRPr="008E7D44">
              <w:rPr>
                <w:rFonts w:ascii="Times New Roman" w:hAnsi="Times New Roman" w:cs="Times New Roman"/>
              </w:rPr>
              <w:t>m</w:t>
            </w:r>
            <w:r>
              <w:rPr>
                <w:rFonts w:ascii="Times New Roman" w:hAnsi="Times New Roman" w:cs="Times New Roman"/>
              </w:rPr>
              <w:t>.</w:t>
            </w:r>
            <w:r w:rsidRPr="008E7D44">
              <w:rPr>
                <w:rFonts w:ascii="Times New Roman" w:hAnsi="Times New Roman" w:cs="Times New Roman"/>
              </w:rPr>
              <w:t xml:space="preserve"> </w:t>
            </w:r>
            <w:r w:rsidR="00C154E3" w:rsidRPr="008E7D44">
              <w:rPr>
                <w:rFonts w:ascii="Times New Roman" w:hAnsi="Times New Roman" w:cs="Times New Roman"/>
              </w:rPr>
              <w:t>Benefit Auction (all proceeds go to MSPA)</w:t>
            </w:r>
            <w:r>
              <w:rPr>
                <w:rFonts w:ascii="Times New Roman" w:hAnsi="Times New Roman" w:cs="Times New Roman"/>
              </w:rPr>
              <w:t xml:space="preserve">, </w:t>
            </w:r>
            <w:r w:rsidR="00C154E3" w:rsidRPr="008E7D44">
              <w:rPr>
                <w:rFonts w:ascii="Times New Roman" w:hAnsi="Times New Roman" w:cs="Times New Roman"/>
              </w:rPr>
              <w:t>raffle follows the auction.</w:t>
            </w:r>
          </w:p>
          <w:p w14:paraId="28CB6BF1" w14:textId="0B3ED35A" w:rsidR="00C154E3" w:rsidRPr="008E7D44" w:rsidRDefault="00A2159C" w:rsidP="00C154E3">
            <w:pPr>
              <w:rPr>
                <w:rFonts w:ascii="Times New Roman" w:hAnsi="Times New Roman" w:cs="Times New Roman"/>
              </w:rPr>
            </w:pPr>
            <w:r w:rsidRPr="008E7D44">
              <w:rPr>
                <w:rFonts w:ascii="Times New Roman" w:hAnsi="Times New Roman" w:cs="Times New Roman"/>
              </w:rPr>
              <w:t>5:30 p</w:t>
            </w:r>
            <w:r>
              <w:rPr>
                <w:rFonts w:ascii="Times New Roman" w:hAnsi="Times New Roman" w:cs="Times New Roman"/>
              </w:rPr>
              <w:t>.</w:t>
            </w:r>
            <w:r w:rsidRPr="008E7D44">
              <w:rPr>
                <w:rFonts w:ascii="Times New Roman" w:hAnsi="Times New Roman" w:cs="Times New Roman"/>
              </w:rPr>
              <w:t>m</w:t>
            </w:r>
            <w:r>
              <w:rPr>
                <w:rFonts w:ascii="Times New Roman" w:hAnsi="Times New Roman" w:cs="Times New Roman"/>
              </w:rPr>
              <w:t>.</w:t>
            </w:r>
            <w:r w:rsidRPr="008E7D44">
              <w:rPr>
                <w:rFonts w:ascii="Times New Roman" w:hAnsi="Times New Roman" w:cs="Times New Roman"/>
              </w:rPr>
              <w:t xml:space="preserve"> </w:t>
            </w:r>
            <w:r w:rsidR="00C154E3" w:rsidRPr="008E7D44">
              <w:rPr>
                <w:rFonts w:ascii="Times New Roman" w:hAnsi="Times New Roman" w:cs="Times New Roman"/>
              </w:rPr>
              <w:t xml:space="preserve">Open Class Awards Social Hour starts with </w:t>
            </w:r>
            <w:proofErr w:type="spellStart"/>
            <w:r w:rsidR="00C154E3" w:rsidRPr="008E7D44">
              <w:rPr>
                <w:rFonts w:ascii="Times New Roman" w:hAnsi="Times New Roman" w:cs="Times New Roman"/>
              </w:rPr>
              <w:t>hor</w:t>
            </w:r>
            <w:proofErr w:type="spellEnd"/>
            <w:r w:rsidR="00C154E3" w:rsidRPr="008E7D44">
              <w:rPr>
                <w:rFonts w:ascii="Times New Roman" w:hAnsi="Times New Roman" w:cs="Times New Roman"/>
              </w:rPr>
              <w:t xml:space="preserve"> d'oeuvres, cake and</w:t>
            </w:r>
            <w:r w:rsidR="00C154E3">
              <w:rPr>
                <w:rFonts w:ascii="Times New Roman" w:hAnsi="Times New Roman" w:cs="Times New Roman"/>
              </w:rPr>
              <w:t xml:space="preserve"> </w:t>
            </w:r>
            <w:r w:rsidR="00C154E3" w:rsidRPr="008E7D44">
              <w:rPr>
                <w:rFonts w:ascii="Times New Roman" w:hAnsi="Times New Roman" w:cs="Times New Roman"/>
              </w:rPr>
              <w:t>light refreshments. Zeb Skow offers: 10 drawings of $10.00 each for those attending the Awards Social Hour.</w:t>
            </w:r>
          </w:p>
          <w:p w14:paraId="2AB9B215" w14:textId="1F8750E2" w:rsidR="008479A4" w:rsidRPr="008E7D44" w:rsidRDefault="008479A4" w:rsidP="008479A4">
            <w:pPr>
              <w:rPr>
                <w:rFonts w:ascii="Times New Roman" w:hAnsi="Times New Roman" w:cs="Times New Roman"/>
              </w:rPr>
            </w:pPr>
            <w:r w:rsidRPr="008E7D44">
              <w:rPr>
                <w:rFonts w:ascii="Times New Roman" w:hAnsi="Times New Roman" w:cs="Times New Roman"/>
                <w:b/>
                <w:bCs/>
              </w:rPr>
              <w:t>SUNDAY, OCTOBER 25th</w:t>
            </w:r>
            <w:r w:rsidRPr="008E7D44">
              <w:rPr>
                <w:rFonts w:ascii="Times New Roman" w:hAnsi="Times New Roman" w:cs="Times New Roman"/>
              </w:rPr>
              <w:t>:</w:t>
            </w:r>
          </w:p>
          <w:p w14:paraId="30F199F6" w14:textId="77777777" w:rsidR="008479A4" w:rsidRPr="008E7D44" w:rsidRDefault="008479A4" w:rsidP="008479A4">
            <w:pPr>
              <w:rPr>
                <w:rFonts w:ascii="Times New Roman" w:hAnsi="Times New Roman" w:cs="Times New Roman"/>
              </w:rPr>
            </w:pPr>
            <w:r w:rsidRPr="008E7D44">
              <w:rPr>
                <w:rFonts w:ascii="Times New Roman" w:hAnsi="Times New Roman" w:cs="Times New Roman"/>
              </w:rPr>
              <w:t>7:00 a.m. Showroom opens</w:t>
            </w:r>
          </w:p>
          <w:p w14:paraId="3A7E70F9" w14:textId="77777777" w:rsidR="008479A4" w:rsidRPr="00991F95" w:rsidRDefault="008479A4" w:rsidP="008479A4">
            <w:pPr>
              <w:rPr>
                <w:rFonts w:ascii="Times New Roman" w:hAnsi="Times New Roman" w:cs="Times New Roman"/>
              </w:rPr>
            </w:pPr>
            <w:r w:rsidRPr="00991F95">
              <w:rPr>
                <w:rFonts w:ascii="Times New Roman" w:hAnsi="Times New Roman" w:cs="Times New Roman"/>
              </w:rPr>
              <w:t>8:30 a.m. Junior Award presentation with Coop Out to follow.</w:t>
            </w:r>
          </w:p>
          <w:p w14:paraId="1FC0CC49" w14:textId="77777777" w:rsidR="008479A4" w:rsidRPr="00991F95" w:rsidRDefault="008479A4" w:rsidP="008479A4">
            <w:pPr>
              <w:rPr>
                <w:rFonts w:ascii="Times New Roman" w:hAnsi="Times New Roman" w:cs="Times New Roman"/>
              </w:rPr>
            </w:pPr>
            <w:r w:rsidRPr="00991F95">
              <w:rPr>
                <w:rFonts w:ascii="Times New Roman" w:hAnsi="Times New Roman" w:cs="Times New Roman"/>
              </w:rPr>
              <w:t>MSPA offers on Sunday morning 3 - $20.00 cash drawings for open show exhibitors. One winner per family</w:t>
            </w:r>
          </w:p>
          <w:p w14:paraId="5BCF76B3" w14:textId="77777777" w:rsidR="00FC4558" w:rsidRPr="00A2159C" w:rsidRDefault="00157312">
            <w:pPr>
              <w:rPr>
                <w:rFonts w:ascii="Times New Roman" w:hAnsi="Times New Roman" w:cs="Times New Roman"/>
                <w:b/>
                <w:bCs/>
                <w:u w:val="single"/>
              </w:rPr>
            </w:pPr>
            <w:r w:rsidRPr="00A2159C">
              <w:rPr>
                <w:rFonts w:ascii="Times New Roman" w:hAnsi="Times New Roman" w:cs="Times New Roman"/>
                <w:b/>
                <w:bCs/>
                <w:u w:val="single"/>
              </w:rPr>
              <w:t>SALES:</w:t>
            </w:r>
          </w:p>
          <w:p w14:paraId="41098DCA" w14:textId="77777777" w:rsidR="00FC4558" w:rsidRPr="00991F95" w:rsidRDefault="00157312">
            <w:pPr>
              <w:rPr>
                <w:rFonts w:ascii="Times New Roman" w:hAnsi="Times New Roman" w:cs="Times New Roman"/>
              </w:rPr>
            </w:pPr>
            <w:r w:rsidRPr="00991F95">
              <w:rPr>
                <w:rFonts w:ascii="Times New Roman" w:hAnsi="Times New Roman" w:cs="Times New Roman"/>
              </w:rPr>
              <w:t>Sale coops will not be available inside the building for health and bio-security reasons. You must be an exhibitor to sell from your vehicle or trailer. The cost is $20.00, which should be paid for with your entry and your health papers.</w:t>
            </w:r>
          </w:p>
          <w:p w14:paraId="4862BECE" w14:textId="3B547EC9" w:rsidR="00426652" w:rsidRPr="00A2159C" w:rsidRDefault="00426652">
            <w:pPr>
              <w:rPr>
                <w:rFonts w:ascii="Times New Roman" w:hAnsi="Times New Roman" w:cs="Times New Roman"/>
                <w:b/>
                <w:bCs/>
                <w:u w:val="single"/>
              </w:rPr>
            </w:pPr>
            <w:r w:rsidRPr="00A2159C">
              <w:rPr>
                <w:rFonts w:ascii="Times New Roman" w:hAnsi="Times New Roman" w:cs="Times New Roman"/>
                <w:b/>
                <w:bCs/>
                <w:u w:val="single"/>
              </w:rPr>
              <w:t>MEETS:</w:t>
            </w:r>
          </w:p>
          <w:p w14:paraId="29AF1FD0" w14:textId="4AF587AC" w:rsidR="00CA0289" w:rsidRDefault="00185E7C">
            <w:pPr>
              <w:rPr>
                <w:rFonts w:ascii="Times New Roman" w:hAnsi="Times New Roman" w:cs="Times New Roman"/>
                <w:b/>
                <w:bCs/>
              </w:rPr>
            </w:pPr>
            <w:r w:rsidRPr="00185E7C">
              <w:rPr>
                <w:rFonts w:ascii="Times New Roman" w:hAnsi="Times New Roman" w:cs="Times New Roman"/>
                <w:b/>
                <w:bCs/>
              </w:rPr>
              <w:t>AMERAUCANA ALLIANCE NATIONAL MEET</w:t>
            </w:r>
          </w:p>
          <w:p w14:paraId="6BEA2439" w14:textId="77777777" w:rsidR="00636D66" w:rsidRDefault="00636D66">
            <w:proofErr w:type="spellStart"/>
            <w:r>
              <w:t>Ameraucana</w:t>
            </w:r>
            <w:proofErr w:type="spellEnd"/>
            <w:r>
              <w:t xml:space="preserve"> Alliance Club Meet Please visit our website and </w:t>
            </w:r>
            <w:proofErr w:type="spellStart"/>
            <w:r>
              <w:t>Ameraucana</w:t>
            </w:r>
            <w:proofErr w:type="spellEnd"/>
            <w:r>
              <w:t xml:space="preserve"> Forum: Ameraucana.org </w:t>
            </w:r>
          </w:p>
          <w:p w14:paraId="163FB589" w14:textId="77777777" w:rsidR="00636D66" w:rsidRDefault="00636D66">
            <w:r>
              <w:t xml:space="preserve">In Open Show competition, with three or more birds in a class we offer … </w:t>
            </w:r>
          </w:p>
          <w:p w14:paraId="70F56A08" w14:textId="309850E7" w:rsidR="00636D66" w:rsidRDefault="00636D66" w:rsidP="00636D66">
            <w:pPr>
              <w:pStyle w:val="ListParagraph"/>
              <w:numPr>
                <w:ilvl w:val="0"/>
                <w:numId w:val="13"/>
              </w:numPr>
            </w:pPr>
            <w:proofErr w:type="gramStart"/>
            <w:r>
              <w:t>a ribbon</w:t>
            </w:r>
            <w:proofErr w:type="gramEnd"/>
            <w:r>
              <w:t xml:space="preserve"> for Best of Breed bantam </w:t>
            </w:r>
          </w:p>
          <w:p w14:paraId="7C4E57ED" w14:textId="69954D3C" w:rsidR="00636D66" w:rsidRDefault="00636D66" w:rsidP="00636D66">
            <w:pPr>
              <w:pStyle w:val="ListParagraph"/>
              <w:numPr>
                <w:ilvl w:val="0"/>
                <w:numId w:val="13"/>
              </w:numPr>
            </w:pPr>
            <w:r>
              <w:t xml:space="preserve">a ribbon for Reserve of Breed bantam </w:t>
            </w:r>
          </w:p>
          <w:p w14:paraId="04B7E535" w14:textId="7FB164AA" w:rsidR="00636D66" w:rsidRDefault="00636D66" w:rsidP="00636D66">
            <w:pPr>
              <w:pStyle w:val="ListParagraph"/>
              <w:numPr>
                <w:ilvl w:val="0"/>
                <w:numId w:val="13"/>
              </w:numPr>
            </w:pPr>
            <w:r>
              <w:t xml:space="preserve">a ribbon for Best of Breed large fowl </w:t>
            </w:r>
          </w:p>
          <w:p w14:paraId="5A47F052" w14:textId="4E22E7E7" w:rsidR="00636D66" w:rsidRDefault="00636D66" w:rsidP="00636D66">
            <w:pPr>
              <w:pStyle w:val="ListParagraph"/>
              <w:numPr>
                <w:ilvl w:val="0"/>
                <w:numId w:val="13"/>
              </w:numPr>
            </w:pPr>
            <w:r>
              <w:t xml:space="preserve">a ribbon for Reserve of Breed large fowl </w:t>
            </w:r>
          </w:p>
          <w:p w14:paraId="78F88938" w14:textId="44ABCB41" w:rsidR="008479A4" w:rsidRDefault="008479A4" w:rsidP="008479A4"/>
          <w:p w14:paraId="79DC5D3C" w14:textId="4BC16FCE" w:rsidR="001F381D" w:rsidRPr="006C5B9F" w:rsidRDefault="001F381D" w:rsidP="001F381D">
            <w:pPr>
              <w:rPr>
                <w:rFonts w:ascii="Times New Roman" w:hAnsi="Times New Roman" w:cs="Times New Roman"/>
                <w:b/>
                <w:bCs/>
              </w:rPr>
            </w:pPr>
            <w:r w:rsidRPr="006C5B9F">
              <w:rPr>
                <w:rFonts w:ascii="Times New Roman" w:hAnsi="Times New Roman" w:cs="Times New Roman"/>
                <w:b/>
                <w:bCs/>
              </w:rPr>
              <w:lastRenderedPageBreak/>
              <w:t xml:space="preserve">AMERICAN BANTAM ASSOCIATION </w:t>
            </w:r>
            <w:r>
              <w:rPr>
                <w:rFonts w:ascii="Times New Roman" w:hAnsi="Times New Roman" w:cs="Times New Roman"/>
                <w:b/>
                <w:bCs/>
              </w:rPr>
              <w:t xml:space="preserve">DISTRICT </w:t>
            </w:r>
            <w:r w:rsidRPr="006C5B9F">
              <w:rPr>
                <w:rFonts w:ascii="Times New Roman" w:hAnsi="Times New Roman" w:cs="Times New Roman"/>
                <w:b/>
                <w:bCs/>
              </w:rPr>
              <w:t>MEET</w:t>
            </w:r>
          </w:p>
          <w:p w14:paraId="5FD3E0CC" w14:textId="46D992E3" w:rsidR="001F381D" w:rsidRPr="00991F95" w:rsidRDefault="001F381D" w:rsidP="001F381D">
            <w:pPr>
              <w:rPr>
                <w:rFonts w:ascii="Times New Roman" w:hAnsi="Times New Roman" w:cs="Times New Roman"/>
              </w:rPr>
            </w:pPr>
            <w:r>
              <w:rPr>
                <w:rFonts w:ascii="Times New Roman" w:hAnsi="Times New Roman" w:cs="Times New Roman"/>
              </w:rPr>
              <w:t>P</w:t>
            </w:r>
            <w:r w:rsidRPr="00991F95">
              <w:rPr>
                <w:rFonts w:ascii="Times New Roman" w:hAnsi="Times New Roman" w:cs="Times New Roman"/>
              </w:rPr>
              <w:t>O. Box 127 Augusta, New Jersey 07822 Phone/Fax: 1-973-383-8633 Email: fancybantams@embarqmail.com Website:</w:t>
            </w:r>
          </w:p>
          <w:p w14:paraId="315F32B3" w14:textId="67CE8454" w:rsidR="00426652" w:rsidRPr="001F381D" w:rsidRDefault="001F381D" w:rsidP="001F381D">
            <w:pPr>
              <w:rPr>
                <w:rFonts w:ascii="Times New Roman" w:hAnsi="Times New Roman" w:cs="Times New Roman"/>
              </w:rPr>
            </w:pPr>
            <w:r w:rsidRPr="006C5B9F">
              <w:rPr>
                <w:rFonts w:ascii="Times New Roman" w:hAnsi="Times New Roman" w:cs="Times New Roman"/>
              </w:rPr>
              <w:t>Personalized certificates to Champion and Reserve Champion Bantam</w:t>
            </w:r>
          </w:p>
          <w:p w14:paraId="2012AFE2" w14:textId="77777777" w:rsidR="001F381D" w:rsidRPr="006C5B9F" w:rsidRDefault="001F381D" w:rsidP="001F381D">
            <w:pPr>
              <w:rPr>
                <w:rFonts w:ascii="Times New Roman" w:hAnsi="Times New Roman" w:cs="Times New Roman"/>
                <w:b/>
                <w:bCs/>
              </w:rPr>
            </w:pPr>
            <w:r w:rsidRPr="006C5B9F">
              <w:rPr>
                <w:rFonts w:ascii="Times New Roman" w:hAnsi="Times New Roman" w:cs="Times New Roman"/>
                <w:b/>
                <w:bCs/>
              </w:rPr>
              <w:t>INTERNATIONAL WATERFOWL BREEDERS’ ASSOCIATION DISTRICT MEET</w:t>
            </w:r>
          </w:p>
          <w:p w14:paraId="07F23B36" w14:textId="77777777" w:rsidR="001F381D" w:rsidRDefault="001F381D" w:rsidP="001F381D">
            <w:pPr>
              <w:rPr>
                <w:rFonts w:ascii="Times New Roman" w:hAnsi="Times New Roman" w:cs="Times New Roman"/>
              </w:rPr>
            </w:pPr>
            <w:r w:rsidRPr="00991F95">
              <w:rPr>
                <w:rFonts w:ascii="Times New Roman" w:hAnsi="Times New Roman" w:cs="Times New Roman"/>
              </w:rPr>
              <w:t>IWBA, 9419 Damrau RD, Amherst, Wisconsin 54406</w:t>
            </w:r>
          </w:p>
          <w:p w14:paraId="17FCA8D6" w14:textId="77777777" w:rsidR="001F381D" w:rsidRPr="001F381D" w:rsidRDefault="001F381D" w:rsidP="001F381D">
            <w:pPr>
              <w:rPr>
                <w:rFonts w:ascii="Times New Roman" w:hAnsi="Times New Roman" w:cs="Times New Roman"/>
                <w:b/>
                <w:bCs/>
              </w:rPr>
            </w:pPr>
            <w:r w:rsidRPr="001F381D">
              <w:rPr>
                <w:rFonts w:ascii="Times New Roman" w:hAnsi="Times New Roman" w:cs="Times New Roman"/>
                <w:b/>
                <w:bCs/>
              </w:rPr>
              <w:t>PLYMOUTH ROCK FANCIERS CLUB STATE MEET</w:t>
            </w:r>
          </w:p>
          <w:p w14:paraId="71FABD0A" w14:textId="65F26AAA" w:rsidR="001F381D" w:rsidRPr="001F381D" w:rsidRDefault="00C154E3" w:rsidP="001F381D">
            <w:pPr>
              <w:pStyle w:val="ListParagraph"/>
              <w:numPr>
                <w:ilvl w:val="0"/>
                <w:numId w:val="29"/>
              </w:numPr>
              <w:rPr>
                <w:rFonts w:ascii="Times New Roman" w:hAnsi="Times New Roman" w:cs="Times New Roman"/>
              </w:rPr>
            </w:pPr>
            <w:r>
              <w:rPr>
                <w:rFonts w:ascii="Times New Roman" w:hAnsi="Times New Roman" w:cs="Times New Roman"/>
              </w:rPr>
              <w:t xml:space="preserve">Contact </w:t>
            </w:r>
            <w:r w:rsidR="001F381D" w:rsidRPr="001F381D">
              <w:rPr>
                <w:rFonts w:ascii="Times New Roman" w:hAnsi="Times New Roman" w:cs="Times New Roman"/>
              </w:rPr>
              <w:t>Cala McGregor</w:t>
            </w:r>
          </w:p>
          <w:p w14:paraId="2C28CC87" w14:textId="77777777" w:rsidR="00426652" w:rsidRPr="006C5B9F" w:rsidRDefault="00426652" w:rsidP="00426652">
            <w:pPr>
              <w:rPr>
                <w:rFonts w:ascii="Times New Roman" w:hAnsi="Times New Roman" w:cs="Times New Roman"/>
                <w:b/>
                <w:bCs/>
              </w:rPr>
            </w:pPr>
            <w:r w:rsidRPr="006C5B9F">
              <w:rPr>
                <w:rFonts w:ascii="Times New Roman" w:hAnsi="Times New Roman" w:cs="Times New Roman"/>
                <w:b/>
                <w:bCs/>
              </w:rPr>
              <w:t>RHODE ISLAND RED CLUB OF AMERICA STATE MEET</w:t>
            </w:r>
          </w:p>
          <w:p w14:paraId="343B262B" w14:textId="77777777" w:rsidR="00426652" w:rsidRPr="00991F95" w:rsidRDefault="00426652" w:rsidP="00426652">
            <w:pPr>
              <w:rPr>
                <w:rFonts w:ascii="Times New Roman" w:hAnsi="Times New Roman" w:cs="Times New Roman"/>
              </w:rPr>
            </w:pPr>
            <w:r w:rsidRPr="00991F95">
              <w:rPr>
                <w:rFonts w:ascii="Times New Roman" w:hAnsi="Times New Roman" w:cs="Times New Roman"/>
              </w:rPr>
              <w:t xml:space="preserve">The Rhode Island Red Club of America offers meets </w:t>
            </w:r>
            <w:proofErr w:type="gramStart"/>
            <w:r w:rsidRPr="00991F95">
              <w:rPr>
                <w:rFonts w:ascii="Times New Roman" w:hAnsi="Times New Roman" w:cs="Times New Roman"/>
              </w:rPr>
              <w:t>in order to</w:t>
            </w:r>
            <w:proofErr w:type="gramEnd"/>
            <w:r w:rsidRPr="00991F95">
              <w:rPr>
                <w:rFonts w:ascii="Times New Roman" w:hAnsi="Times New Roman" w:cs="Times New Roman"/>
              </w:rPr>
              <w:t xml:space="preserve"> boost the breeding, exhibiting and promotion of the most exceptional of all breeds, the Rhode Island Red. Only members in good standing may compete for points for the Red Club Master Exhibitor and Master Breeder Awards. To join the Rhode Island Red Club of America, send dues of $15.00 for adult ($20 US funds for foreign) or $5 for junior membership to Toni Candea, 130 Dunthorne Drive, Bloomingburg, New York 12721, 1-845-361-5178, tcandea@optonline.net. All members receive the Chronicle, the official club publication.</w:t>
            </w:r>
          </w:p>
          <w:p w14:paraId="388FA81C" w14:textId="77777777" w:rsidR="006F12B8" w:rsidRPr="008E7D44" w:rsidRDefault="006F12B8" w:rsidP="006F12B8">
            <w:pPr>
              <w:rPr>
                <w:rFonts w:ascii="Times New Roman" w:hAnsi="Times New Roman" w:cs="Times New Roman"/>
                <w:b/>
                <w:bCs/>
              </w:rPr>
            </w:pPr>
            <w:r w:rsidRPr="008E7D44">
              <w:rPr>
                <w:rFonts w:ascii="Times New Roman" w:hAnsi="Times New Roman" w:cs="Times New Roman"/>
                <w:b/>
                <w:bCs/>
              </w:rPr>
              <w:t>UNITED ORPINGTON CLUB DISTRICT MEET</w:t>
            </w:r>
          </w:p>
          <w:p w14:paraId="7A310E2A" w14:textId="77777777" w:rsidR="006F12B8" w:rsidRPr="008E7D44" w:rsidRDefault="006F12B8" w:rsidP="006F12B8">
            <w:pPr>
              <w:rPr>
                <w:rFonts w:ascii="Times New Roman" w:hAnsi="Times New Roman" w:cs="Times New Roman"/>
              </w:rPr>
            </w:pPr>
            <w:r w:rsidRPr="008E7D44">
              <w:rPr>
                <w:rFonts w:ascii="Times New Roman" w:hAnsi="Times New Roman" w:cs="Times New Roman"/>
              </w:rPr>
              <w:t>Emily McCandless, Secretary, unitedorpington22@gmail.com. Phone 1-440-725-1900. District/Local contact: Beau Schacherer, 1-320-894-2388</w:t>
            </w:r>
          </w:p>
          <w:p w14:paraId="65EC36C1" w14:textId="62FD6D2F" w:rsidR="006F12B8" w:rsidRPr="007F5868" w:rsidRDefault="007F5868" w:rsidP="00AE356B">
            <w:pPr>
              <w:rPr>
                <w:rFonts w:ascii="Times New Roman" w:hAnsi="Times New Roman" w:cs="Times New Roman"/>
                <w:b/>
                <w:bCs/>
              </w:rPr>
            </w:pPr>
            <w:r w:rsidRPr="007F5868">
              <w:rPr>
                <w:rFonts w:ascii="Times New Roman" w:hAnsi="Times New Roman" w:cs="Times New Roman"/>
                <w:b/>
                <w:bCs/>
              </w:rPr>
              <w:t>COCHINS INTERNATIONAL MEET – SPECIAL MEET</w:t>
            </w:r>
          </w:p>
          <w:p w14:paraId="6B7BA9E1" w14:textId="0BB14B97" w:rsidR="00A2159C" w:rsidRPr="00991F95" w:rsidRDefault="00E71357" w:rsidP="00A2159C">
            <w:pPr>
              <w:rPr>
                <w:rFonts w:ascii="Times New Roman" w:hAnsi="Times New Roman" w:cs="Times New Roman"/>
              </w:rPr>
            </w:pPr>
            <w:r>
              <w:t xml:space="preserve">The Minnesota State Poultry Association will present awards in the Junior Show and for the Showmanship Contest. </w:t>
            </w:r>
            <w:r w:rsidR="00A2159C" w:rsidRPr="00991F95">
              <w:rPr>
                <w:rFonts w:ascii="Times New Roman" w:hAnsi="Times New Roman" w:cs="Times New Roman"/>
              </w:rPr>
              <w:t>A Junior is a youth who is 18 years of age or younger. The Junior Show will be SEPARATE from the open show.  A Junior can also show in the open show with different birds.</w:t>
            </w:r>
          </w:p>
          <w:p w14:paraId="71FC9656" w14:textId="77777777" w:rsidR="006F12B8" w:rsidRDefault="006F12B8" w:rsidP="006F12B8">
            <w:pPr>
              <w:rPr>
                <w:rFonts w:ascii="Times New Roman" w:hAnsi="Times New Roman" w:cs="Times New Roman"/>
              </w:rPr>
            </w:pPr>
            <w:r>
              <w:rPr>
                <w:rStyle w:val="Strong"/>
                <w:rFonts w:ascii="Times New Roman" w:hAnsi="Times New Roman" w:cs="Times New Roman"/>
              </w:rPr>
              <w:lastRenderedPageBreak/>
              <w:t>MINNESOTA STATE POULTRY ASSOCIATION SHOW AWARDS</w:t>
            </w:r>
            <w:r w:rsidRPr="001A0125">
              <w:rPr>
                <w:rFonts w:ascii="Times New Roman" w:hAnsi="Times New Roman" w:cs="Times New Roman"/>
              </w:rPr>
              <w:br/>
            </w:r>
          </w:p>
          <w:p w14:paraId="061209A2" w14:textId="66D77050" w:rsidR="006F12B8" w:rsidRDefault="006F12B8" w:rsidP="006F12B8">
            <w:pPr>
              <w:rPr>
                <w:rFonts w:ascii="Times New Roman" w:hAnsi="Times New Roman" w:cs="Times New Roman"/>
              </w:rPr>
            </w:pPr>
            <w:r w:rsidRPr="001A0125">
              <w:rPr>
                <w:rFonts w:ascii="Times New Roman" w:hAnsi="Times New Roman" w:cs="Times New Roman"/>
              </w:rPr>
              <w:t>The Minnesota State Poultry Association proudly offers a wide variety of cash awards, plaques, medallions, rosettes, and other special recognitions across the Open and Junior Shows. A complete and current list of awards, including any additional sponsored awards, will be posted in the showroom prior to the start of judging.</w:t>
            </w:r>
          </w:p>
          <w:p w14:paraId="5BF4A762" w14:textId="5946A418" w:rsidR="00AE356B" w:rsidRPr="00AE356B" w:rsidRDefault="00AE356B" w:rsidP="006F12B8">
            <w:pPr>
              <w:rPr>
                <w:rFonts w:ascii="Times New Roman" w:hAnsi="Times New Roman" w:cs="Times New Roman"/>
                <w:sz w:val="28"/>
                <w:szCs w:val="28"/>
              </w:rPr>
            </w:pPr>
            <w:r w:rsidRPr="00AE356B">
              <w:rPr>
                <w:rFonts w:ascii="Times New Roman" w:hAnsi="Times New Roman" w:cs="Times New Roman"/>
                <w:sz w:val="28"/>
                <w:szCs w:val="28"/>
              </w:rPr>
              <w:t>Thank you to the families of Duane Urch and Richard Timm for their $50.00 donations for the Youth Drawing.</w:t>
            </w:r>
          </w:p>
          <w:p w14:paraId="53C63ACF" w14:textId="77777777" w:rsidR="00AE356B" w:rsidRPr="00AE356B" w:rsidRDefault="00AE356B" w:rsidP="00AE356B">
            <w:pPr>
              <w:rPr>
                <w:rFonts w:ascii="Times New Roman" w:hAnsi="Times New Roman" w:cs="Times New Roman"/>
                <w:sz w:val="28"/>
                <w:szCs w:val="28"/>
              </w:rPr>
            </w:pPr>
            <w:r w:rsidRPr="00AE356B">
              <w:rPr>
                <w:rFonts w:ascii="Times New Roman" w:hAnsi="Times New Roman" w:cs="Times New Roman"/>
                <w:sz w:val="28"/>
                <w:szCs w:val="28"/>
              </w:rPr>
              <w:t>In appreciation, the MSPA will have a drawing for a one-night stay at Days Inn and 3 drawings of $20.00 for an adult who stays and helps set up or tear down the show.</w:t>
            </w:r>
          </w:p>
          <w:p w14:paraId="4708D57C" w14:textId="77777777" w:rsidR="00FF7253" w:rsidRDefault="00FF7253" w:rsidP="00185E7C">
            <w:pPr>
              <w:rPr>
                <w:rFonts w:ascii="Times New Roman" w:hAnsi="Times New Roman" w:cs="Times New Roman"/>
                <w:b/>
                <w:bCs/>
                <w:sz w:val="36"/>
                <w:szCs w:val="36"/>
              </w:rPr>
            </w:pPr>
          </w:p>
          <w:p w14:paraId="560AB804" w14:textId="7A41F9B2" w:rsidR="00FB45FF" w:rsidRDefault="005B4244" w:rsidP="006F12B8">
            <w:pPr>
              <w:rPr>
                <w:rFonts w:ascii="Times New Roman" w:hAnsi="Times New Roman" w:cs="Times New Roman"/>
                <w:b/>
                <w:bCs/>
                <w:sz w:val="52"/>
                <w:szCs w:val="52"/>
              </w:rPr>
            </w:pPr>
            <w:r>
              <w:rPr>
                <w:rFonts w:ascii="Times New Roman" w:hAnsi="Times New Roman" w:cs="Times New Roman"/>
                <w:b/>
                <w:bCs/>
                <w:sz w:val="52"/>
                <w:szCs w:val="52"/>
              </w:rPr>
              <w:t xml:space="preserve">Show </w:t>
            </w:r>
            <w:r w:rsidRPr="005B4244">
              <w:rPr>
                <w:rFonts w:ascii="Times New Roman" w:hAnsi="Times New Roman" w:cs="Times New Roman"/>
                <w:b/>
                <w:bCs/>
                <w:sz w:val="52"/>
                <w:szCs w:val="52"/>
              </w:rPr>
              <w:t>Vendor:</w:t>
            </w:r>
          </w:p>
          <w:p w14:paraId="4225C2E0" w14:textId="20BF7805" w:rsidR="005B4244" w:rsidRPr="005B4244" w:rsidRDefault="005B4244" w:rsidP="006F12B8">
            <w:pPr>
              <w:rPr>
                <w:rFonts w:ascii="Times New Roman" w:hAnsi="Times New Roman" w:cs="Times New Roman"/>
                <w:b/>
                <w:bCs/>
                <w:sz w:val="52"/>
                <w:szCs w:val="52"/>
              </w:rPr>
            </w:pPr>
            <w:r>
              <w:rPr>
                <w:rFonts w:ascii="Times New Roman" w:hAnsi="Times New Roman" w:cs="Times New Roman"/>
                <w:b/>
                <w:bCs/>
                <w:noProof/>
                <w:sz w:val="52"/>
                <w:szCs w:val="52"/>
              </w:rPr>
              <w:drawing>
                <wp:inline distT="0" distB="0" distL="0" distR="0" wp14:anchorId="3237A0EA" wp14:editId="07D4BFD8">
                  <wp:extent cx="2780665" cy="1837225"/>
                  <wp:effectExtent l="0" t="0" r="635" b="0"/>
                  <wp:docPr id="1655027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8733" cy="1855770"/>
                          </a:xfrm>
                          <a:prstGeom prst="rect">
                            <a:avLst/>
                          </a:prstGeom>
                          <a:noFill/>
                        </pic:spPr>
                      </pic:pic>
                    </a:graphicData>
                  </a:graphic>
                </wp:inline>
              </w:drawing>
            </w:r>
          </w:p>
        </w:tc>
        <w:tc>
          <w:tcPr>
            <w:tcW w:w="7380" w:type="dxa"/>
          </w:tcPr>
          <w:p w14:paraId="3DB1D614" w14:textId="4DF4A37D" w:rsidR="00FC4558" w:rsidRPr="008E7D44" w:rsidRDefault="008E7D44">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0288" behindDoc="1" locked="0" layoutInCell="1" allowOverlap="1" wp14:anchorId="67E6408F" wp14:editId="28702199">
                  <wp:simplePos x="0" y="0"/>
                  <wp:positionH relativeFrom="column">
                    <wp:posOffset>1874520</wp:posOffset>
                  </wp:positionH>
                  <wp:positionV relativeFrom="paragraph">
                    <wp:posOffset>314325</wp:posOffset>
                  </wp:positionV>
                  <wp:extent cx="2390775" cy="2390775"/>
                  <wp:effectExtent l="0" t="0" r="9525" b="9525"/>
                  <wp:wrapTight wrapText="bothSides">
                    <wp:wrapPolygon edited="0">
                      <wp:start x="0" y="0"/>
                      <wp:lineTo x="0" y="21514"/>
                      <wp:lineTo x="21514" y="21514"/>
                      <wp:lineTo x="21514" y="0"/>
                      <wp:lineTo x="0" y="0"/>
                    </wp:wrapPolygon>
                  </wp:wrapTight>
                  <wp:docPr id="1618279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pic:spPr>
                      </pic:pic>
                    </a:graphicData>
                  </a:graphic>
                  <wp14:sizeRelH relativeFrom="page">
                    <wp14:pctWidth>0</wp14:pctWidth>
                  </wp14:sizeRelH>
                  <wp14:sizeRelV relativeFrom="page">
                    <wp14:pctHeight>0</wp14:pctHeight>
                  </wp14:sizeRelV>
                </wp:anchor>
              </w:drawing>
            </w:r>
          </w:p>
          <w:p w14:paraId="3A2D79C1" w14:textId="15A4CE77" w:rsidR="00B07C6A" w:rsidRPr="008E7D44" w:rsidRDefault="00B07C6A" w:rsidP="00B07C6A">
            <w:pPr>
              <w:rPr>
                <w:rFonts w:ascii="Times New Roman" w:hAnsi="Times New Roman" w:cs="Times New Roman"/>
                <w:b/>
                <w:bCs/>
              </w:rPr>
            </w:pPr>
            <w:r w:rsidRPr="008E7D44">
              <w:rPr>
                <w:rFonts w:ascii="Times New Roman" w:hAnsi="Times New Roman" w:cs="Times New Roman"/>
                <w:b/>
                <w:bCs/>
              </w:rPr>
              <w:t>JUDGES - OPEN SHOW</w:t>
            </w:r>
          </w:p>
          <w:p w14:paraId="7DA4B58E" w14:textId="1FB3C0B5" w:rsidR="00B07C6A" w:rsidRPr="008E7D44" w:rsidRDefault="00B07C6A" w:rsidP="001F381D">
            <w:pPr>
              <w:pStyle w:val="ListParagraph"/>
              <w:numPr>
                <w:ilvl w:val="0"/>
                <w:numId w:val="31"/>
              </w:numPr>
              <w:rPr>
                <w:rFonts w:ascii="Times New Roman" w:hAnsi="Times New Roman" w:cs="Times New Roman"/>
              </w:rPr>
            </w:pPr>
            <w:r w:rsidRPr="008E7D44">
              <w:rPr>
                <w:rFonts w:ascii="Times New Roman" w:hAnsi="Times New Roman" w:cs="Times New Roman"/>
              </w:rPr>
              <w:t>Jonathon Patterson</w:t>
            </w:r>
            <w:r w:rsidR="009C40C1" w:rsidRPr="008E7D44">
              <w:rPr>
                <w:rFonts w:ascii="Times New Roman" w:hAnsi="Times New Roman" w:cs="Times New Roman"/>
              </w:rPr>
              <w:t xml:space="preserve">, Indiana </w:t>
            </w:r>
          </w:p>
          <w:p w14:paraId="32D5FDA0" w14:textId="449342CF" w:rsidR="00B07C6A" w:rsidRPr="008E7D44" w:rsidRDefault="00B07C6A" w:rsidP="001F381D">
            <w:pPr>
              <w:pStyle w:val="ListParagraph"/>
              <w:numPr>
                <w:ilvl w:val="0"/>
                <w:numId w:val="31"/>
              </w:numPr>
              <w:rPr>
                <w:rFonts w:ascii="Times New Roman" w:hAnsi="Times New Roman" w:cs="Times New Roman"/>
              </w:rPr>
            </w:pPr>
            <w:r w:rsidRPr="008E7D44">
              <w:rPr>
                <w:rFonts w:ascii="Times New Roman" w:hAnsi="Times New Roman" w:cs="Times New Roman"/>
              </w:rPr>
              <w:t>Brett Kr</w:t>
            </w:r>
            <w:r w:rsidR="008E7D44" w:rsidRPr="008E7D44">
              <w:rPr>
                <w:rFonts w:ascii="Times New Roman" w:hAnsi="Times New Roman" w:cs="Times New Roman"/>
              </w:rPr>
              <w:t>ei</w:t>
            </w:r>
            <w:r w:rsidRPr="008E7D44">
              <w:rPr>
                <w:rFonts w:ascii="Times New Roman" w:hAnsi="Times New Roman" w:cs="Times New Roman"/>
              </w:rPr>
              <w:t>fers</w:t>
            </w:r>
            <w:r w:rsidR="009C40C1" w:rsidRPr="008E7D44">
              <w:rPr>
                <w:rFonts w:ascii="Times New Roman" w:hAnsi="Times New Roman" w:cs="Times New Roman"/>
              </w:rPr>
              <w:t>, Nebraska</w:t>
            </w:r>
          </w:p>
          <w:p w14:paraId="566FB279" w14:textId="1BEA8C77" w:rsidR="00B07C6A" w:rsidRPr="008E7D44" w:rsidRDefault="00B07C6A" w:rsidP="001F381D">
            <w:pPr>
              <w:pStyle w:val="ListParagraph"/>
              <w:numPr>
                <w:ilvl w:val="0"/>
                <w:numId w:val="31"/>
              </w:numPr>
              <w:rPr>
                <w:rFonts w:ascii="Times New Roman" w:hAnsi="Times New Roman" w:cs="Times New Roman"/>
              </w:rPr>
            </w:pPr>
            <w:r w:rsidRPr="008E7D44">
              <w:rPr>
                <w:rFonts w:ascii="Times New Roman" w:hAnsi="Times New Roman" w:cs="Times New Roman"/>
              </w:rPr>
              <w:t>Zeb Skow, Iowa</w:t>
            </w:r>
          </w:p>
          <w:p w14:paraId="161EB383" w14:textId="2E19F6A2" w:rsidR="00B07C6A" w:rsidRPr="008E7D44" w:rsidRDefault="00B07C6A" w:rsidP="001F381D">
            <w:pPr>
              <w:pStyle w:val="ListParagraph"/>
              <w:numPr>
                <w:ilvl w:val="0"/>
                <w:numId w:val="31"/>
              </w:numPr>
              <w:rPr>
                <w:rFonts w:ascii="Times New Roman" w:hAnsi="Times New Roman" w:cs="Times New Roman"/>
              </w:rPr>
            </w:pPr>
            <w:r w:rsidRPr="008E7D44">
              <w:rPr>
                <w:rFonts w:ascii="Times New Roman" w:hAnsi="Times New Roman" w:cs="Times New Roman"/>
              </w:rPr>
              <w:t>Cody Haefs, Minnesota</w:t>
            </w:r>
          </w:p>
          <w:p w14:paraId="32D95D1E" w14:textId="5B4DBB2E" w:rsidR="00B07C6A" w:rsidRPr="008E7D44" w:rsidRDefault="00B07C6A" w:rsidP="001F381D">
            <w:pPr>
              <w:pStyle w:val="ListParagraph"/>
              <w:numPr>
                <w:ilvl w:val="0"/>
                <w:numId w:val="31"/>
              </w:numPr>
              <w:rPr>
                <w:rFonts w:ascii="Times New Roman" w:hAnsi="Times New Roman" w:cs="Times New Roman"/>
              </w:rPr>
            </w:pPr>
            <w:r w:rsidRPr="008E7D44">
              <w:rPr>
                <w:rFonts w:ascii="Times New Roman" w:hAnsi="Times New Roman" w:cs="Times New Roman"/>
              </w:rPr>
              <w:t>Showmanship</w:t>
            </w:r>
            <w:r w:rsidR="009C40C1" w:rsidRPr="008E7D44">
              <w:rPr>
                <w:rFonts w:ascii="Times New Roman" w:hAnsi="Times New Roman" w:cs="Times New Roman"/>
              </w:rPr>
              <w:t xml:space="preserve"> </w:t>
            </w:r>
            <w:r w:rsidRPr="008E7D44">
              <w:rPr>
                <w:rFonts w:ascii="Times New Roman" w:hAnsi="Times New Roman" w:cs="Times New Roman"/>
              </w:rPr>
              <w:t>- Mike Kutzke, Minnesota</w:t>
            </w:r>
          </w:p>
          <w:p w14:paraId="57D60809" w14:textId="33697154" w:rsidR="00B07C6A" w:rsidRPr="008E7D44" w:rsidRDefault="00B07C6A" w:rsidP="001F381D">
            <w:pPr>
              <w:pStyle w:val="ListParagraph"/>
              <w:numPr>
                <w:ilvl w:val="0"/>
                <w:numId w:val="31"/>
              </w:numPr>
              <w:rPr>
                <w:rFonts w:ascii="Times New Roman" w:hAnsi="Times New Roman" w:cs="Times New Roman"/>
              </w:rPr>
            </w:pPr>
            <w:r w:rsidRPr="008E7D44">
              <w:rPr>
                <w:rFonts w:ascii="Times New Roman" w:hAnsi="Times New Roman" w:cs="Times New Roman"/>
              </w:rPr>
              <w:t>Junior –</w:t>
            </w:r>
            <w:r w:rsidR="009C40C1" w:rsidRPr="008E7D44">
              <w:rPr>
                <w:rFonts w:ascii="Times New Roman" w:hAnsi="Times New Roman" w:cs="Times New Roman"/>
              </w:rPr>
              <w:t xml:space="preserve"> </w:t>
            </w:r>
            <w:r w:rsidRPr="008E7D44">
              <w:rPr>
                <w:rFonts w:ascii="Times New Roman" w:hAnsi="Times New Roman" w:cs="Times New Roman"/>
              </w:rPr>
              <w:t>Beau Schacherer, Minnesota</w:t>
            </w:r>
          </w:p>
          <w:p w14:paraId="07D9403A" w14:textId="08CBCB56" w:rsidR="00B07C6A" w:rsidRPr="008E7D44" w:rsidRDefault="00B07C6A" w:rsidP="001F381D">
            <w:pPr>
              <w:pStyle w:val="NormalWeb"/>
              <w:shd w:val="clear" w:color="auto" w:fill="FFFF00"/>
              <w:rPr>
                <w:sz w:val="22"/>
                <w:szCs w:val="22"/>
              </w:rPr>
            </w:pPr>
            <w:r w:rsidRPr="008E7D44">
              <w:rPr>
                <w:sz w:val="22"/>
                <w:szCs w:val="22"/>
              </w:rPr>
              <w:t xml:space="preserve">Show entries will be completed online through </w:t>
            </w:r>
            <w:r w:rsidR="008E7D44" w:rsidRPr="008E7D44">
              <w:rPr>
                <w:sz w:val="22"/>
                <w:szCs w:val="22"/>
              </w:rPr>
              <w:t>Poultry Hub</w:t>
            </w:r>
            <w:r w:rsidRPr="008E7D44">
              <w:rPr>
                <w:sz w:val="22"/>
                <w:szCs w:val="22"/>
              </w:rPr>
              <w:t xml:space="preserve"> and payment will be made </w:t>
            </w:r>
            <w:r w:rsidR="008E7D44" w:rsidRPr="008E7D44">
              <w:rPr>
                <w:sz w:val="22"/>
                <w:szCs w:val="22"/>
              </w:rPr>
              <w:t>via PayPal</w:t>
            </w:r>
            <w:r w:rsidRPr="008E7D44">
              <w:rPr>
                <w:sz w:val="22"/>
                <w:szCs w:val="22"/>
              </w:rPr>
              <w:t xml:space="preserve"> </w:t>
            </w:r>
            <w:r w:rsidR="008E7D44" w:rsidRPr="008E7D44">
              <w:rPr>
                <w:sz w:val="22"/>
                <w:szCs w:val="22"/>
              </w:rPr>
              <w:t xml:space="preserve">at the time </w:t>
            </w:r>
            <w:r w:rsidRPr="008E7D44">
              <w:rPr>
                <w:sz w:val="22"/>
                <w:szCs w:val="22"/>
              </w:rPr>
              <w:t xml:space="preserve">of entry </w:t>
            </w:r>
            <w:r w:rsidR="008E7D44" w:rsidRPr="008E7D44">
              <w:rPr>
                <w:sz w:val="22"/>
                <w:szCs w:val="22"/>
              </w:rPr>
              <w:t>or by mailed check.</w:t>
            </w:r>
          </w:p>
          <w:p w14:paraId="3481A4FF" w14:textId="445D0D96" w:rsidR="00B07C6A" w:rsidRPr="008E7D44" w:rsidRDefault="00B07C6A" w:rsidP="007C72E6">
            <w:pPr>
              <w:shd w:val="clear" w:color="auto" w:fill="FFFF00"/>
              <w:spacing w:before="100" w:beforeAutospacing="1" w:after="100" w:afterAutospacing="1" w:line="240" w:lineRule="auto"/>
              <w:rPr>
                <w:rFonts w:ascii="Times New Roman" w:eastAsia="Times New Roman" w:hAnsi="Times New Roman" w:cs="Times New Roman"/>
                <w:color w:val="222222"/>
              </w:rPr>
            </w:pPr>
            <w:r w:rsidRPr="008E7D44">
              <w:rPr>
                <w:rFonts w:ascii="Times New Roman" w:eastAsia="Times New Roman" w:hAnsi="Times New Roman" w:cs="Times New Roman"/>
                <w:color w:val="222222"/>
                <w:highlight w:val="yellow"/>
              </w:rPr>
              <w:t xml:space="preserve">Exhibitor online URL </w:t>
            </w:r>
            <w:hyperlink r:id="rId11" w:history="1">
              <w:r w:rsidR="008E7D44" w:rsidRPr="008E7D44">
                <w:rPr>
                  <w:rStyle w:val="Hyperlink"/>
                  <w:highlight w:val="yellow"/>
                </w:rPr>
                <w:t>https://poultry-hub.com/exhibitor/show/AiBm4n1wzYcvKdD1kMpJ</w:t>
              </w:r>
            </w:hyperlink>
            <w:r w:rsidRPr="008E7D44">
              <w:rPr>
                <w:rFonts w:ascii="Times New Roman" w:eastAsia="Times New Roman" w:hAnsi="Times New Roman" w:cs="Times New Roman"/>
                <w:color w:val="222222"/>
                <w:highlight w:val="yellow"/>
              </w:rPr>
              <w:t xml:space="preserve"> or use QR code above</w:t>
            </w:r>
          </w:p>
          <w:p w14:paraId="6CA39FC1" w14:textId="4CD85FC0" w:rsidR="00B07C6A" w:rsidRPr="008E7D44" w:rsidRDefault="00B07C6A" w:rsidP="00B07C6A">
            <w:pPr>
              <w:rPr>
                <w:rFonts w:ascii="Times New Roman" w:hAnsi="Times New Roman" w:cs="Times New Roman"/>
              </w:rPr>
            </w:pPr>
            <w:r w:rsidRPr="008E7D44">
              <w:rPr>
                <w:rFonts w:ascii="Times New Roman" w:hAnsi="Times New Roman" w:cs="Times New Roman"/>
              </w:rPr>
              <w:t>Only if you are unable to use the online entry form, send mail in entries to Nicole Peters 5605 Grimms Rd, Reedsville, WI 54230.  920-242-1412, npeters@tm.net</w:t>
            </w:r>
          </w:p>
          <w:p w14:paraId="40A44020" w14:textId="77777777" w:rsidR="008E7D44" w:rsidRDefault="008E7D44" w:rsidP="00CA0289">
            <w:pPr>
              <w:rPr>
                <w:rFonts w:ascii="Times New Roman" w:hAnsi="Times New Roman" w:cs="Times New Roman"/>
              </w:rPr>
            </w:pPr>
          </w:p>
          <w:p w14:paraId="3026ED12" w14:textId="77777777" w:rsidR="00D8695C" w:rsidRDefault="00D8695C" w:rsidP="00C154E3">
            <w:pPr>
              <w:rPr>
                <w:rFonts w:ascii="Times New Roman" w:hAnsi="Times New Roman" w:cs="Times New Roman"/>
              </w:rPr>
            </w:pPr>
          </w:p>
          <w:p w14:paraId="3F7ECA5E" w14:textId="0857ECDF" w:rsidR="00C154E3" w:rsidRPr="00991F95" w:rsidRDefault="00C154E3" w:rsidP="00C154E3">
            <w:pPr>
              <w:rPr>
                <w:rFonts w:ascii="Times New Roman" w:hAnsi="Times New Roman" w:cs="Times New Roman"/>
              </w:rPr>
            </w:pPr>
            <w:r w:rsidRPr="00991F95">
              <w:rPr>
                <w:rFonts w:ascii="Times New Roman" w:hAnsi="Times New Roman" w:cs="Times New Roman"/>
              </w:rPr>
              <w:lastRenderedPageBreak/>
              <w:t>1</w:t>
            </w:r>
            <w:r>
              <w:rPr>
                <w:rFonts w:ascii="Times New Roman" w:hAnsi="Times New Roman" w:cs="Times New Roman"/>
              </w:rPr>
              <w:t>1</w:t>
            </w:r>
            <w:r w:rsidRPr="00991F95">
              <w:rPr>
                <w:rFonts w:ascii="Times New Roman" w:hAnsi="Times New Roman" w:cs="Times New Roman"/>
              </w:rPr>
              <w:t>. Building will be open on Friday, October 2</w:t>
            </w:r>
            <w:r>
              <w:rPr>
                <w:rFonts w:ascii="Times New Roman" w:hAnsi="Times New Roman" w:cs="Times New Roman"/>
              </w:rPr>
              <w:t>3</w:t>
            </w:r>
            <w:r w:rsidRPr="00991F95">
              <w:rPr>
                <w:rFonts w:ascii="Times New Roman" w:hAnsi="Times New Roman" w:cs="Times New Roman"/>
              </w:rPr>
              <w:t>rd at 11:00 a.m.- 10:00 p.m.  All birds must be cooped in by 9:00 A.M., Saturday, October 2</w:t>
            </w:r>
            <w:r>
              <w:rPr>
                <w:rFonts w:ascii="Times New Roman" w:hAnsi="Times New Roman" w:cs="Times New Roman"/>
              </w:rPr>
              <w:t>4</w:t>
            </w:r>
            <w:r w:rsidRPr="00991F95">
              <w:rPr>
                <w:rFonts w:ascii="Times New Roman" w:hAnsi="Times New Roman" w:cs="Times New Roman"/>
              </w:rPr>
              <w:t>th.  JUDGING BEGINS Saturday, October 2</w:t>
            </w:r>
            <w:r>
              <w:rPr>
                <w:rFonts w:ascii="Times New Roman" w:hAnsi="Times New Roman" w:cs="Times New Roman"/>
              </w:rPr>
              <w:t>4</w:t>
            </w:r>
            <w:r w:rsidRPr="00991F95">
              <w:rPr>
                <w:rFonts w:ascii="Times New Roman" w:hAnsi="Times New Roman" w:cs="Times New Roman"/>
              </w:rPr>
              <w:t>th at 9:00a.m. All birds must remain on exhibit until the awards have been given out on SUNDAY, October 2</w:t>
            </w:r>
            <w:r>
              <w:rPr>
                <w:rFonts w:ascii="Times New Roman" w:hAnsi="Times New Roman" w:cs="Times New Roman"/>
              </w:rPr>
              <w:t>5</w:t>
            </w:r>
            <w:r w:rsidRPr="00991F95">
              <w:rPr>
                <w:rFonts w:ascii="Times New Roman" w:hAnsi="Times New Roman" w:cs="Times New Roman"/>
              </w:rPr>
              <w:t>th.</w:t>
            </w:r>
          </w:p>
          <w:p w14:paraId="2FD2741A" w14:textId="77777777" w:rsidR="008479A4" w:rsidRPr="00991F95" w:rsidRDefault="008479A4" w:rsidP="008479A4">
            <w:pPr>
              <w:rPr>
                <w:rFonts w:ascii="Times New Roman" w:hAnsi="Times New Roman" w:cs="Times New Roman"/>
              </w:rPr>
            </w:pPr>
            <w:r w:rsidRPr="00991F95">
              <w:rPr>
                <w:rFonts w:ascii="Times New Roman" w:hAnsi="Times New Roman" w:cs="Times New Roman"/>
              </w:rPr>
              <w:t>1</w:t>
            </w:r>
            <w:r>
              <w:rPr>
                <w:rFonts w:ascii="Times New Roman" w:hAnsi="Times New Roman" w:cs="Times New Roman"/>
              </w:rPr>
              <w:t>2</w:t>
            </w:r>
            <w:r w:rsidRPr="00991F95">
              <w:rPr>
                <w:rFonts w:ascii="Times New Roman" w:hAnsi="Times New Roman" w:cs="Times New Roman"/>
              </w:rPr>
              <w:t xml:space="preserve">. American Poultry Association rules will govern this show. Any situation not provided for </w:t>
            </w:r>
            <w:proofErr w:type="gramStart"/>
            <w:r w:rsidRPr="00991F95">
              <w:rPr>
                <w:rFonts w:ascii="Times New Roman" w:hAnsi="Times New Roman" w:cs="Times New Roman"/>
              </w:rPr>
              <w:t>in</w:t>
            </w:r>
            <w:proofErr w:type="gramEnd"/>
            <w:r w:rsidRPr="00991F95">
              <w:rPr>
                <w:rFonts w:ascii="Times New Roman" w:hAnsi="Times New Roman" w:cs="Times New Roman"/>
              </w:rPr>
              <w:t xml:space="preserve"> these rules will be referred to by the Officers of the M.S.P.A. and their decision is final.</w:t>
            </w:r>
          </w:p>
          <w:p w14:paraId="37BCD86C" w14:textId="77777777" w:rsidR="008479A4" w:rsidRDefault="008479A4" w:rsidP="008479A4">
            <w:pPr>
              <w:rPr>
                <w:rFonts w:ascii="Times New Roman" w:hAnsi="Times New Roman" w:cs="Times New Roman"/>
              </w:rPr>
            </w:pPr>
            <w:r w:rsidRPr="00991F95">
              <w:rPr>
                <w:rFonts w:ascii="Times New Roman" w:hAnsi="Times New Roman" w:cs="Times New Roman"/>
              </w:rPr>
              <w:t>1</w:t>
            </w:r>
            <w:r>
              <w:rPr>
                <w:rFonts w:ascii="Times New Roman" w:hAnsi="Times New Roman" w:cs="Times New Roman"/>
              </w:rPr>
              <w:t>3</w:t>
            </w:r>
            <w:r w:rsidRPr="00991F95">
              <w:rPr>
                <w:rFonts w:ascii="Times New Roman" w:hAnsi="Times New Roman" w:cs="Times New Roman"/>
              </w:rPr>
              <w:t>. Geese will be cooped by pairs unless noted on entry.</w:t>
            </w:r>
          </w:p>
          <w:p w14:paraId="384A05D7" w14:textId="0E893433" w:rsidR="00CA0289" w:rsidRPr="008E7D44" w:rsidRDefault="00CA0289" w:rsidP="00CA0289">
            <w:pPr>
              <w:rPr>
                <w:rFonts w:ascii="Times New Roman" w:hAnsi="Times New Roman" w:cs="Times New Roman"/>
              </w:rPr>
            </w:pPr>
            <w:r w:rsidRPr="008E7D44">
              <w:rPr>
                <w:rFonts w:ascii="Times New Roman" w:hAnsi="Times New Roman" w:cs="Times New Roman"/>
              </w:rPr>
              <w:t>1</w:t>
            </w:r>
            <w:r w:rsidR="001F381D" w:rsidRPr="008E7D44">
              <w:rPr>
                <w:rFonts w:ascii="Times New Roman" w:hAnsi="Times New Roman" w:cs="Times New Roman"/>
              </w:rPr>
              <w:t>4</w:t>
            </w:r>
            <w:r w:rsidRPr="008E7D44">
              <w:rPr>
                <w:rFonts w:ascii="Times New Roman" w:hAnsi="Times New Roman" w:cs="Times New Roman"/>
              </w:rPr>
              <w:t>. Feed and water will be supplied, but all exhibitors will be responsible for the feeding and watering of their own birds.</w:t>
            </w:r>
          </w:p>
          <w:p w14:paraId="0ACEC8B9" w14:textId="44024C46" w:rsidR="00CA0289" w:rsidRPr="008E7D44" w:rsidRDefault="00CA0289" w:rsidP="00CA0289">
            <w:pPr>
              <w:rPr>
                <w:rFonts w:ascii="Times New Roman" w:hAnsi="Times New Roman" w:cs="Times New Roman"/>
              </w:rPr>
            </w:pPr>
            <w:r w:rsidRPr="008E7D44">
              <w:rPr>
                <w:rFonts w:ascii="Times New Roman" w:hAnsi="Times New Roman" w:cs="Times New Roman"/>
              </w:rPr>
              <w:t>1</w:t>
            </w:r>
            <w:r w:rsidR="001F381D" w:rsidRPr="008E7D44">
              <w:rPr>
                <w:rFonts w:ascii="Times New Roman" w:hAnsi="Times New Roman" w:cs="Times New Roman"/>
              </w:rPr>
              <w:t>5</w:t>
            </w:r>
            <w:r w:rsidRPr="008E7D44">
              <w:rPr>
                <w:rFonts w:ascii="Times New Roman" w:hAnsi="Times New Roman" w:cs="Times New Roman"/>
              </w:rPr>
              <w:t>. ABSOLUTELY NO ENTRY CHANGES AT SHOWROOM. We are completely computerized. NO REFUNDS ON ENTRY FEES.</w:t>
            </w:r>
          </w:p>
          <w:p w14:paraId="0B6A4FD2" w14:textId="73C32A29" w:rsidR="00CA0289" w:rsidRPr="008E7D44" w:rsidRDefault="00CA0289" w:rsidP="00CA0289">
            <w:pPr>
              <w:rPr>
                <w:rFonts w:ascii="Times New Roman" w:hAnsi="Times New Roman" w:cs="Times New Roman"/>
              </w:rPr>
            </w:pPr>
            <w:r w:rsidRPr="008E7D44">
              <w:rPr>
                <w:rFonts w:ascii="Times New Roman" w:hAnsi="Times New Roman" w:cs="Times New Roman"/>
              </w:rPr>
              <w:t>1</w:t>
            </w:r>
            <w:r w:rsidR="001F381D" w:rsidRPr="008E7D44">
              <w:rPr>
                <w:rFonts w:ascii="Times New Roman" w:hAnsi="Times New Roman" w:cs="Times New Roman"/>
              </w:rPr>
              <w:t>6</w:t>
            </w:r>
            <w:r w:rsidRPr="008E7D44">
              <w:rPr>
                <w:rFonts w:ascii="Times New Roman" w:hAnsi="Times New Roman" w:cs="Times New Roman"/>
              </w:rPr>
              <w:t xml:space="preserve">. Camper fee is $35.00 per night, per grounds management. You must contact the fair office by October </w:t>
            </w:r>
            <w:r w:rsidR="00D8695C">
              <w:rPr>
                <w:rFonts w:ascii="Times New Roman" w:hAnsi="Times New Roman" w:cs="Times New Roman"/>
              </w:rPr>
              <w:t>19</w:t>
            </w:r>
            <w:r w:rsidRPr="008E7D44">
              <w:rPr>
                <w:rFonts w:ascii="Times New Roman" w:hAnsi="Times New Roman" w:cs="Times New Roman"/>
              </w:rPr>
              <w:t>, 202</w:t>
            </w:r>
            <w:r w:rsidR="00D8695C">
              <w:rPr>
                <w:rFonts w:ascii="Times New Roman" w:hAnsi="Times New Roman" w:cs="Times New Roman"/>
              </w:rPr>
              <w:t>6</w:t>
            </w:r>
            <w:r w:rsidRPr="008E7D44">
              <w:rPr>
                <w:rFonts w:ascii="Times New Roman" w:hAnsi="Times New Roman" w:cs="Times New Roman"/>
              </w:rPr>
              <w:t>, to reserve camping space. 1-320-</w:t>
            </w:r>
            <w:r w:rsidR="00D8695C">
              <w:rPr>
                <w:rFonts w:ascii="Times New Roman" w:hAnsi="Times New Roman" w:cs="Times New Roman"/>
              </w:rPr>
              <w:t>484-4301</w:t>
            </w:r>
            <w:r w:rsidRPr="008E7D44">
              <w:rPr>
                <w:rFonts w:ascii="Times New Roman" w:hAnsi="Times New Roman" w:cs="Times New Roman"/>
              </w:rPr>
              <w:t>.</w:t>
            </w:r>
          </w:p>
          <w:p w14:paraId="0884EB6E" w14:textId="04AA30E9" w:rsidR="00CA0289" w:rsidRPr="008E7D44" w:rsidRDefault="00CA0289" w:rsidP="00CA0289">
            <w:pPr>
              <w:rPr>
                <w:rFonts w:ascii="Times New Roman" w:hAnsi="Times New Roman" w:cs="Times New Roman"/>
              </w:rPr>
            </w:pPr>
            <w:r w:rsidRPr="008E7D44">
              <w:rPr>
                <w:rFonts w:ascii="Times New Roman" w:hAnsi="Times New Roman" w:cs="Times New Roman"/>
              </w:rPr>
              <w:t>1</w:t>
            </w:r>
            <w:r w:rsidR="001F381D" w:rsidRPr="008E7D44">
              <w:rPr>
                <w:rFonts w:ascii="Times New Roman" w:hAnsi="Times New Roman" w:cs="Times New Roman"/>
              </w:rPr>
              <w:t>7</w:t>
            </w:r>
            <w:r w:rsidRPr="008E7D44">
              <w:rPr>
                <w:rFonts w:ascii="Times New Roman" w:hAnsi="Times New Roman" w:cs="Times New Roman"/>
              </w:rPr>
              <w:t>. Any exhibitor leaving early without approval from management will NOT be allowed to show next year.</w:t>
            </w:r>
          </w:p>
          <w:p w14:paraId="592A48A2" w14:textId="0F3606D2" w:rsidR="00CA0289" w:rsidRPr="008E7D44" w:rsidRDefault="00CA0289" w:rsidP="00CA0289">
            <w:pPr>
              <w:rPr>
                <w:rFonts w:ascii="Times New Roman" w:hAnsi="Times New Roman" w:cs="Times New Roman"/>
                <w:b/>
                <w:bCs/>
                <w:u w:val="single"/>
              </w:rPr>
            </w:pPr>
            <w:r w:rsidRPr="008E7D44">
              <w:rPr>
                <w:rFonts w:ascii="Times New Roman" w:hAnsi="Times New Roman" w:cs="Times New Roman"/>
                <w:b/>
                <w:bCs/>
                <w:u w:val="single"/>
              </w:rPr>
              <w:t>SHOW SCHEDULE</w:t>
            </w:r>
            <w:r w:rsidR="001F381D" w:rsidRPr="008E7D44">
              <w:rPr>
                <w:rFonts w:ascii="Times New Roman" w:hAnsi="Times New Roman" w:cs="Times New Roman"/>
                <w:b/>
                <w:bCs/>
                <w:u w:val="single"/>
              </w:rPr>
              <w:t>:</w:t>
            </w:r>
          </w:p>
          <w:p w14:paraId="46316277" w14:textId="10E448ED" w:rsidR="00CA0289" w:rsidRPr="008E7D44" w:rsidRDefault="00CA0289" w:rsidP="00CA0289">
            <w:pPr>
              <w:rPr>
                <w:rFonts w:ascii="Times New Roman" w:hAnsi="Times New Roman" w:cs="Times New Roman"/>
              </w:rPr>
            </w:pPr>
            <w:r w:rsidRPr="008E7D44">
              <w:rPr>
                <w:rFonts w:ascii="Times New Roman" w:hAnsi="Times New Roman" w:cs="Times New Roman"/>
                <w:b/>
                <w:bCs/>
              </w:rPr>
              <w:t xml:space="preserve">FRIDAY, OCTOBER </w:t>
            </w:r>
            <w:proofErr w:type="gramStart"/>
            <w:r w:rsidRPr="008E7D44">
              <w:rPr>
                <w:rFonts w:ascii="Times New Roman" w:hAnsi="Times New Roman" w:cs="Times New Roman"/>
                <w:b/>
                <w:bCs/>
              </w:rPr>
              <w:t>2</w:t>
            </w:r>
            <w:r w:rsidR="00B07C6A" w:rsidRPr="008E7D44">
              <w:rPr>
                <w:rFonts w:ascii="Times New Roman" w:hAnsi="Times New Roman" w:cs="Times New Roman"/>
                <w:b/>
                <w:bCs/>
              </w:rPr>
              <w:t>3</w:t>
            </w:r>
            <w:r w:rsidRPr="008E7D44">
              <w:rPr>
                <w:rFonts w:ascii="Times New Roman" w:hAnsi="Times New Roman" w:cs="Times New Roman"/>
                <w:b/>
                <w:bCs/>
              </w:rPr>
              <w:t>th</w:t>
            </w:r>
            <w:proofErr w:type="gramEnd"/>
            <w:r w:rsidRPr="008E7D44">
              <w:rPr>
                <w:rFonts w:ascii="Times New Roman" w:hAnsi="Times New Roman" w:cs="Times New Roman"/>
              </w:rPr>
              <w:t>:</w:t>
            </w:r>
          </w:p>
          <w:p w14:paraId="6F9B537B" w14:textId="77777777" w:rsidR="00CA0289" w:rsidRPr="008E7D44" w:rsidRDefault="00CA0289" w:rsidP="00CA0289">
            <w:pPr>
              <w:rPr>
                <w:rFonts w:ascii="Times New Roman" w:hAnsi="Times New Roman" w:cs="Times New Roman"/>
              </w:rPr>
            </w:pPr>
            <w:r w:rsidRPr="008E7D44">
              <w:rPr>
                <w:rFonts w:ascii="Times New Roman" w:hAnsi="Times New Roman" w:cs="Times New Roman"/>
              </w:rPr>
              <w:t xml:space="preserve">The showroom will be open at 11:00 a.m. and close at 10:00 p.m. SHARP. </w:t>
            </w:r>
          </w:p>
          <w:p w14:paraId="34DE973C" w14:textId="77777777" w:rsidR="00CA0289" w:rsidRPr="008E7D44" w:rsidRDefault="00CA0289" w:rsidP="00CA0289">
            <w:pPr>
              <w:rPr>
                <w:rFonts w:ascii="Times New Roman" w:hAnsi="Times New Roman" w:cs="Times New Roman"/>
              </w:rPr>
            </w:pPr>
            <w:r w:rsidRPr="008E7D44">
              <w:rPr>
                <w:rFonts w:ascii="Times New Roman" w:hAnsi="Times New Roman" w:cs="Times New Roman"/>
              </w:rPr>
              <w:t>Annual MSPA Meeting in Meeting Room 7:30 pm</w:t>
            </w:r>
          </w:p>
          <w:p w14:paraId="5A5CB4E2" w14:textId="27832418" w:rsidR="00CA0289" w:rsidRPr="008E7D44" w:rsidRDefault="00CA0289" w:rsidP="00CA0289">
            <w:pPr>
              <w:rPr>
                <w:rFonts w:ascii="Times New Roman" w:hAnsi="Times New Roman" w:cs="Times New Roman"/>
                <w:b/>
                <w:bCs/>
              </w:rPr>
            </w:pPr>
            <w:r w:rsidRPr="008E7D44">
              <w:rPr>
                <w:rFonts w:ascii="Times New Roman" w:hAnsi="Times New Roman" w:cs="Times New Roman"/>
                <w:b/>
                <w:bCs/>
              </w:rPr>
              <w:t>SATURDAY, OCTOBER 2</w:t>
            </w:r>
            <w:r w:rsidR="00B07C6A" w:rsidRPr="008E7D44">
              <w:rPr>
                <w:rFonts w:ascii="Times New Roman" w:hAnsi="Times New Roman" w:cs="Times New Roman"/>
                <w:b/>
                <w:bCs/>
              </w:rPr>
              <w:t>4</w:t>
            </w:r>
            <w:r w:rsidRPr="008E7D44">
              <w:rPr>
                <w:rFonts w:ascii="Times New Roman" w:hAnsi="Times New Roman" w:cs="Times New Roman"/>
                <w:b/>
                <w:bCs/>
              </w:rPr>
              <w:t>th:</w:t>
            </w:r>
          </w:p>
          <w:p w14:paraId="31942502" w14:textId="3A54E785" w:rsidR="00CA0289" w:rsidRPr="008E7D44" w:rsidRDefault="00CA0289" w:rsidP="00CA0289">
            <w:pPr>
              <w:rPr>
                <w:rFonts w:ascii="Times New Roman" w:hAnsi="Times New Roman" w:cs="Times New Roman"/>
              </w:rPr>
            </w:pPr>
            <w:r w:rsidRPr="008E7D44">
              <w:rPr>
                <w:rFonts w:ascii="Times New Roman" w:hAnsi="Times New Roman" w:cs="Times New Roman"/>
              </w:rPr>
              <w:t xml:space="preserve">7:00 a.m. Showroom opens.  </w:t>
            </w:r>
            <w:r w:rsidR="008479A4">
              <w:rPr>
                <w:rFonts w:ascii="Times New Roman" w:hAnsi="Times New Roman" w:cs="Times New Roman"/>
              </w:rPr>
              <w:t>Food truck a</w:t>
            </w:r>
            <w:r w:rsidRPr="008E7D44">
              <w:rPr>
                <w:rFonts w:ascii="Times New Roman" w:hAnsi="Times New Roman" w:cs="Times New Roman"/>
              </w:rPr>
              <w:t>vailable on Saturday starting at 7am.</w:t>
            </w:r>
          </w:p>
          <w:p w14:paraId="48D676DE" w14:textId="465755D7" w:rsidR="00CA0289" w:rsidRPr="008E7D44" w:rsidRDefault="00CA0289" w:rsidP="00CA0289">
            <w:pPr>
              <w:rPr>
                <w:rFonts w:ascii="Times New Roman" w:hAnsi="Times New Roman" w:cs="Times New Roman"/>
              </w:rPr>
            </w:pPr>
            <w:r w:rsidRPr="008E7D44">
              <w:rPr>
                <w:rFonts w:ascii="Times New Roman" w:hAnsi="Times New Roman" w:cs="Times New Roman"/>
              </w:rPr>
              <w:t>9:00 a.m. Judging begins.</w:t>
            </w:r>
            <w:r w:rsidR="00426652" w:rsidRPr="008E7D44">
              <w:rPr>
                <w:rFonts w:ascii="Times New Roman" w:hAnsi="Times New Roman" w:cs="Times New Roman"/>
              </w:rPr>
              <w:t xml:space="preserve"> </w:t>
            </w:r>
            <w:r w:rsidRPr="008E7D44">
              <w:rPr>
                <w:rFonts w:ascii="Times New Roman" w:hAnsi="Times New Roman" w:cs="Times New Roman"/>
              </w:rPr>
              <w:t>Showmanship starts at 9:00 am.</w:t>
            </w:r>
          </w:p>
          <w:p w14:paraId="69578535" w14:textId="77777777" w:rsidR="008479A4" w:rsidRDefault="008479A4" w:rsidP="00426652">
            <w:pPr>
              <w:rPr>
                <w:rFonts w:ascii="Times New Roman" w:hAnsi="Times New Roman" w:cs="Times New Roman"/>
                <w:b/>
                <w:bCs/>
              </w:rPr>
            </w:pPr>
          </w:p>
          <w:p w14:paraId="5B5B773C" w14:textId="77777777" w:rsidR="00C154E3" w:rsidRPr="00426652" w:rsidRDefault="00C154E3" w:rsidP="00C154E3">
            <w:r>
              <w:lastRenderedPageBreak/>
              <w:t xml:space="preserve">In Junior competition, we offer … </w:t>
            </w:r>
          </w:p>
          <w:p w14:paraId="5EFA2392" w14:textId="37D0B79B" w:rsidR="00C154E3" w:rsidRDefault="00C154E3" w:rsidP="00C154E3">
            <w:pPr>
              <w:pStyle w:val="ListParagraph"/>
              <w:numPr>
                <w:ilvl w:val="0"/>
                <w:numId w:val="30"/>
              </w:numPr>
            </w:pPr>
            <w:r>
              <w:t xml:space="preserve">Ribbon for Best and Reserve of Breed </w:t>
            </w:r>
            <w:proofErr w:type="gramStart"/>
            <w:r>
              <w:t>bantam</w:t>
            </w:r>
            <w:proofErr w:type="gramEnd"/>
            <w:r>
              <w:t xml:space="preserve"> </w:t>
            </w:r>
          </w:p>
          <w:p w14:paraId="37C7BB0B" w14:textId="1A22A5E5" w:rsidR="00C154E3" w:rsidRDefault="00C154E3" w:rsidP="00C154E3">
            <w:pPr>
              <w:pStyle w:val="ListParagraph"/>
              <w:numPr>
                <w:ilvl w:val="0"/>
                <w:numId w:val="30"/>
              </w:numPr>
            </w:pPr>
            <w:r>
              <w:t xml:space="preserve">Ribbon for Best and Reserve of Breed large fowl </w:t>
            </w:r>
          </w:p>
          <w:p w14:paraId="045F6A7E" w14:textId="77777777" w:rsidR="00C154E3" w:rsidRPr="008E7D44" w:rsidRDefault="00C154E3" w:rsidP="00C154E3">
            <w:r w:rsidRPr="008E7D44">
              <w:t xml:space="preserve">Only club members are eligible for awards offered by the club and </w:t>
            </w:r>
            <w:proofErr w:type="spellStart"/>
            <w:r w:rsidRPr="008E7D44">
              <w:t>Ameraucana</w:t>
            </w:r>
            <w:proofErr w:type="spellEnd"/>
            <w:r w:rsidRPr="008E7D44">
              <w:t xml:space="preserve"> Exhibitor Points. Members receive quarterly </w:t>
            </w:r>
            <w:proofErr w:type="spellStart"/>
            <w:r w:rsidRPr="008E7D44">
              <w:t>Ameraucana</w:t>
            </w:r>
            <w:proofErr w:type="spellEnd"/>
            <w:r w:rsidRPr="008E7D44">
              <w:t xml:space="preserve"> Newsletters and are registered members of the </w:t>
            </w:r>
            <w:proofErr w:type="spellStart"/>
            <w:r w:rsidRPr="008E7D44">
              <w:t>Ameraucana</w:t>
            </w:r>
            <w:proofErr w:type="spellEnd"/>
            <w:r w:rsidRPr="008E7D44">
              <w:t xml:space="preserve"> Forum. New, 1st time members receive an </w:t>
            </w:r>
            <w:proofErr w:type="spellStart"/>
            <w:r w:rsidRPr="008E7D44">
              <w:t>Ameraucana</w:t>
            </w:r>
            <w:proofErr w:type="spellEnd"/>
            <w:r w:rsidRPr="008E7D44">
              <w:t xml:space="preserve"> Handbook. Yearly dues </w:t>
            </w:r>
            <w:proofErr w:type="gramStart"/>
            <w:r w:rsidRPr="008E7D44">
              <w:t>are @</w:t>
            </w:r>
            <w:proofErr w:type="gramEnd"/>
            <w:r w:rsidRPr="008E7D44">
              <w:t xml:space="preserve">10 (Newsletters emailed) or $17 (Newsletters mailed). We also offer a Special rate of just $25 for 3 years with Newsletters emailed. </w:t>
            </w:r>
          </w:p>
          <w:p w14:paraId="5B8520EA" w14:textId="77777777" w:rsidR="00C154E3" w:rsidRPr="008E7D44" w:rsidRDefault="00C154E3" w:rsidP="00C154E3">
            <w:r w:rsidRPr="008E7D44">
              <w:t>Go to our website for more details and a membership form or request one from: Russell Blair 13100 S Adrian Hwy Jasper, MI 49248</w:t>
            </w:r>
          </w:p>
          <w:p w14:paraId="3B82EB47" w14:textId="7EE66FAF" w:rsidR="00426652" w:rsidRPr="008E7D44" w:rsidRDefault="00426652" w:rsidP="00426652">
            <w:pPr>
              <w:rPr>
                <w:rFonts w:ascii="Times New Roman" w:hAnsi="Times New Roman" w:cs="Times New Roman"/>
                <w:b/>
                <w:bCs/>
              </w:rPr>
            </w:pPr>
            <w:r w:rsidRPr="008E7D44">
              <w:rPr>
                <w:rFonts w:ascii="Times New Roman" w:hAnsi="Times New Roman" w:cs="Times New Roman"/>
                <w:b/>
                <w:bCs/>
              </w:rPr>
              <w:t>WESTERN NATIONAL WYANDOTTE BREEDERS OF AMERICA NATIONAL MEET</w:t>
            </w:r>
          </w:p>
          <w:p w14:paraId="26203D8B" w14:textId="4A0514AF" w:rsidR="00426652" w:rsidRPr="008E7D44" w:rsidRDefault="00426652" w:rsidP="00426652">
            <w:pPr>
              <w:rPr>
                <w:rFonts w:ascii="Times New Roman" w:hAnsi="Times New Roman" w:cs="Times New Roman"/>
              </w:rPr>
            </w:pPr>
            <w:hyperlink r:id="rId12" w:history="1">
              <w:r w:rsidRPr="008E7D44">
                <w:rPr>
                  <w:rStyle w:val="Hyperlink"/>
                  <w:rFonts w:ascii="Times New Roman" w:hAnsi="Times New Roman" w:cs="Times New Roman"/>
                </w:rPr>
                <w:t>wyandottebreedersofamerica@gmail.com</w:t>
              </w:r>
            </w:hyperlink>
            <w:r w:rsidRPr="008E7D44">
              <w:rPr>
                <w:rFonts w:ascii="Times New Roman" w:hAnsi="Times New Roman" w:cs="Times New Roman"/>
              </w:rPr>
              <w:t xml:space="preserve"> </w:t>
            </w:r>
            <w:r w:rsidR="00C154E3">
              <w:rPr>
                <w:rFonts w:ascii="Times New Roman" w:hAnsi="Times New Roman" w:cs="Times New Roman"/>
              </w:rPr>
              <w:t xml:space="preserve"> </w:t>
            </w:r>
            <w:r w:rsidRPr="008E7D44">
              <w:rPr>
                <w:rFonts w:ascii="Times New Roman" w:hAnsi="Times New Roman" w:cs="Times New Roman"/>
              </w:rPr>
              <w:t>Contact Caleb Englin for more information</w:t>
            </w:r>
          </w:p>
          <w:p w14:paraId="3DE5B82A" w14:textId="77777777" w:rsidR="00426652" w:rsidRPr="008E7D44" w:rsidRDefault="00426652" w:rsidP="00426652">
            <w:pPr>
              <w:rPr>
                <w:rFonts w:ascii="Times New Roman" w:hAnsi="Times New Roman" w:cs="Times New Roman"/>
                <w:b/>
                <w:bCs/>
              </w:rPr>
            </w:pPr>
            <w:r w:rsidRPr="008E7D44">
              <w:rPr>
                <w:rFonts w:ascii="Times New Roman" w:hAnsi="Times New Roman" w:cs="Times New Roman"/>
                <w:b/>
                <w:bCs/>
              </w:rPr>
              <w:t>AMERICAN POULTRY ASSOCIATION, INC. CLUB MEET</w:t>
            </w:r>
          </w:p>
          <w:p w14:paraId="68B502DD" w14:textId="61FD7C60" w:rsidR="00426652" w:rsidRPr="008E7D44" w:rsidRDefault="00426652" w:rsidP="00426652">
            <w:pPr>
              <w:rPr>
                <w:rFonts w:ascii="Times New Roman" w:hAnsi="Times New Roman" w:cs="Times New Roman"/>
              </w:rPr>
            </w:pPr>
            <w:r w:rsidRPr="008E7D44">
              <w:rPr>
                <w:rFonts w:ascii="Times New Roman" w:hAnsi="Times New Roman" w:cs="Times New Roman"/>
              </w:rPr>
              <w:t xml:space="preserve">Becky Weaver, Secretary P.O. Box 205 Landisville, Pennsylvania 1-7538 1-717-279-1899 </w:t>
            </w:r>
            <w:hyperlink r:id="rId13" w:history="1">
              <w:r w:rsidRPr="008E7D44">
                <w:rPr>
                  <w:rStyle w:val="Hyperlink"/>
                  <w:rFonts w:ascii="Times New Roman" w:hAnsi="Times New Roman" w:cs="Times New Roman"/>
                </w:rPr>
                <w:t>secretary@americanpoultryassn.com</w:t>
              </w:r>
            </w:hyperlink>
          </w:p>
          <w:p w14:paraId="44030AE2" w14:textId="2761A99F" w:rsidR="00426652" w:rsidRPr="008E7D44" w:rsidRDefault="00426652" w:rsidP="00426652">
            <w:pPr>
              <w:rPr>
                <w:rFonts w:ascii="Times New Roman" w:hAnsi="Times New Roman" w:cs="Times New Roman"/>
              </w:rPr>
            </w:pPr>
            <w:r w:rsidRPr="008E7D44">
              <w:rPr>
                <w:rFonts w:ascii="Times New Roman" w:hAnsi="Times New Roman" w:cs="Times New Roman"/>
              </w:rPr>
              <w:t>The APA invites you to become a member. Annual dues are $20.00 for one (1) year, $50.00 for three (3) years; $25.00 for one year outside the U.S. and Canada; Junior Dues (for those 18 and under) are $15.00 per year or $40.00 for 3 years; Endowment Trust Life membership is $365.00. All Annual and Endowment Trust Life members receive our yearbook and are eligible to earn points toward a Master Exhibitor Award. Every member is eligible for the awards at this show.</w:t>
            </w:r>
          </w:p>
          <w:p w14:paraId="0530C85B" w14:textId="180AE3B3" w:rsidR="00426652" w:rsidRPr="008E7D44" w:rsidRDefault="00426652" w:rsidP="001F381D">
            <w:pPr>
              <w:pStyle w:val="ListParagraph"/>
              <w:numPr>
                <w:ilvl w:val="0"/>
                <w:numId w:val="31"/>
              </w:numPr>
              <w:rPr>
                <w:rFonts w:ascii="Times New Roman" w:hAnsi="Times New Roman" w:cs="Times New Roman"/>
                <w:b/>
                <w:bCs/>
              </w:rPr>
            </w:pPr>
            <w:r w:rsidRPr="008E7D44">
              <w:rPr>
                <w:rFonts w:ascii="Times New Roman" w:hAnsi="Times New Roman" w:cs="Times New Roman"/>
              </w:rPr>
              <w:t>Special APA medals for Show Champion and Show Reserve</w:t>
            </w:r>
          </w:p>
          <w:p w14:paraId="6B6DB306" w14:textId="77777777" w:rsidR="001F381D" w:rsidRPr="008E7D44" w:rsidRDefault="001F381D" w:rsidP="001F381D">
            <w:pPr>
              <w:pStyle w:val="ListParagraph"/>
              <w:numPr>
                <w:ilvl w:val="0"/>
                <w:numId w:val="31"/>
              </w:numPr>
              <w:rPr>
                <w:rFonts w:ascii="Times New Roman" w:hAnsi="Times New Roman" w:cs="Times New Roman"/>
              </w:rPr>
            </w:pPr>
            <w:r w:rsidRPr="008E7D44">
              <w:rPr>
                <w:rFonts w:ascii="Times New Roman" w:hAnsi="Times New Roman" w:cs="Times New Roman"/>
              </w:rPr>
              <w:t>PA minimum of five (5) Master Exhibitor Award points will be awarded to any qualified win at this show. APA ribbons awarded</w:t>
            </w:r>
          </w:p>
          <w:p w14:paraId="735B91EF" w14:textId="3E97387A" w:rsidR="00AE356B" w:rsidRPr="00A2159C" w:rsidRDefault="00AE356B" w:rsidP="00AE356B">
            <w:pPr>
              <w:rPr>
                <w:rFonts w:ascii="Times New Roman" w:hAnsi="Times New Roman" w:cs="Times New Roman"/>
                <w:b/>
                <w:bCs/>
                <w:u w:val="single"/>
              </w:rPr>
            </w:pPr>
            <w:r w:rsidRPr="00A2159C">
              <w:rPr>
                <w:rFonts w:ascii="Times New Roman" w:hAnsi="Times New Roman" w:cs="Times New Roman"/>
                <w:b/>
                <w:bCs/>
                <w:u w:val="single"/>
              </w:rPr>
              <w:lastRenderedPageBreak/>
              <w:t>JUNIOR SHOW:</w:t>
            </w:r>
          </w:p>
          <w:p w14:paraId="1AFA65FA" w14:textId="77777777" w:rsidR="00AE356B" w:rsidRPr="00991F95" w:rsidRDefault="00AE356B" w:rsidP="00AE356B">
            <w:pPr>
              <w:rPr>
                <w:rFonts w:ascii="Times New Roman" w:hAnsi="Times New Roman" w:cs="Times New Roman"/>
              </w:rPr>
            </w:pPr>
            <w:r w:rsidRPr="00991F95">
              <w:rPr>
                <w:rFonts w:ascii="Times New Roman" w:hAnsi="Times New Roman" w:cs="Times New Roman"/>
              </w:rPr>
              <w:t>Entry Fee: $</w:t>
            </w:r>
            <w:r>
              <w:rPr>
                <w:rFonts w:ascii="Times New Roman" w:hAnsi="Times New Roman" w:cs="Times New Roman"/>
              </w:rPr>
              <w:t>4</w:t>
            </w:r>
            <w:r w:rsidRPr="00991F95">
              <w:rPr>
                <w:rFonts w:ascii="Times New Roman" w:hAnsi="Times New Roman" w:cs="Times New Roman"/>
              </w:rPr>
              <w:t>.</w:t>
            </w:r>
            <w:r>
              <w:rPr>
                <w:rFonts w:ascii="Times New Roman" w:hAnsi="Times New Roman" w:cs="Times New Roman"/>
              </w:rPr>
              <w:t>0</w:t>
            </w:r>
            <w:r w:rsidRPr="00991F95">
              <w:rPr>
                <w:rFonts w:ascii="Times New Roman" w:hAnsi="Times New Roman" w:cs="Times New Roman"/>
              </w:rPr>
              <w:t>0 - Single Bird, $</w:t>
            </w:r>
            <w:r>
              <w:rPr>
                <w:rFonts w:ascii="Times New Roman" w:hAnsi="Times New Roman" w:cs="Times New Roman"/>
              </w:rPr>
              <w:t>8</w:t>
            </w:r>
            <w:r w:rsidRPr="00991F95">
              <w:rPr>
                <w:rFonts w:ascii="Times New Roman" w:hAnsi="Times New Roman" w:cs="Times New Roman"/>
              </w:rPr>
              <w:t>.00 - Double Coop, $</w:t>
            </w:r>
            <w:r>
              <w:rPr>
                <w:rFonts w:ascii="Times New Roman" w:hAnsi="Times New Roman" w:cs="Times New Roman"/>
              </w:rPr>
              <w:t>12.00</w:t>
            </w:r>
            <w:r w:rsidRPr="00991F95">
              <w:rPr>
                <w:rFonts w:ascii="Times New Roman" w:hAnsi="Times New Roman" w:cs="Times New Roman"/>
              </w:rPr>
              <w:t xml:space="preserve"> - Trio</w:t>
            </w:r>
          </w:p>
          <w:p w14:paraId="402C4629" w14:textId="7FB40807" w:rsidR="00AE356B" w:rsidRDefault="00AE356B" w:rsidP="00AE356B">
            <w:pPr>
              <w:rPr>
                <w:rFonts w:ascii="Times New Roman" w:hAnsi="Times New Roman" w:cs="Times New Roman"/>
              </w:rPr>
            </w:pPr>
            <w:r w:rsidRPr="00991F95">
              <w:rPr>
                <w:rFonts w:ascii="Times New Roman" w:hAnsi="Times New Roman" w:cs="Times New Roman"/>
              </w:rPr>
              <w:t>JUDGING: SATURDAY, OCTOBER 2</w:t>
            </w:r>
            <w:r>
              <w:rPr>
                <w:rFonts w:ascii="Times New Roman" w:hAnsi="Times New Roman" w:cs="Times New Roman"/>
              </w:rPr>
              <w:t>4</w:t>
            </w:r>
            <w:r w:rsidRPr="00991F95">
              <w:rPr>
                <w:rFonts w:ascii="Times New Roman" w:hAnsi="Times New Roman" w:cs="Times New Roman"/>
              </w:rPr>
              <w:t xml:space="preserve">th 9:00 A.M. </w:t>
            </w:r>
          </w:p>
          <w:p w14:paraId="3266DCA3" w14:textId="2C3F8A46" w:rsidR="00AE356B" w:rsidRPr="008E7D44" w:rsidRDefault="00AE356B" w:rsidP="00AE356B">
            <w:pPr>
              <w:rPr>
                <w:rFonts w:ascii="Times New Roman" w:hAnsi="Times New Roman" w:cs="Times New Roman"/>
                <w:b/>
                <w:bCs/>
                <w:sz w:val="36"/>
                <w:szCs w:val="36"/>
              </w:rPr>
            </w:pPr>
            <w:r>
              <w:rPr>
                <w:rFonts w:ascii="Times New Roman" w:hAnsi="Times New Roman" w:cs="Times New Roman"/>
              </w:rPr>
              <w:t>SHOW</w:t>
            </w:r>
            <w:r w:rsidRPr="00991F95">
              <w:rPr>
                <w:rFonts w:ascii="Times New Roman" w:hAnsi="Times New Roman" w:cs="Times New Roman"/>
              </w:rPr>
              <w:t>MANSHIP CONTEST: Saturday, October 2</w:t>
            </w:r>
            <w:r>
              <w:rPr>
                <w:rFonts w:ascii="Times New Roman" w:hAnsi="Times New Roman" w:cs="Times New Roman"/>
              </w:rPr>
              <w:t>4</w:t>
            </w:r>
            <w:r w:rsidRPr="00991F95">
              <w:rPr>
                <w:rFonts w:ascii="Times New Roman" w:hAnsi="Times New Roman" w:cs="Times New Roman"/>
              </w:rPr>
              <w:t>th, 9:00 A.M.</w:t>
            </w:r>
          </w:p>
          <w:p w14:paraId="7B707BFB" w14:textId="77777777" w:rsidR="00FC4558" w:rsidRDefault="00AE356B" w:rsidP="00AE356B">
            <w:pPr>
              <w:rPr>
                <w:rFonts w:ascii="Times New Roman" w:hAnsi="Times New Roman" w:cs="Times New Roman"/>
              </w:rPr>
            </w:pPr>
            <w:r w:rsidRPr="00AE356B">
              <w:rPr>
                <w:rFonts w:ascii="Times New Roman" w:hAnsi="Times New Roman" w:cs="Times New Roman"/>
              </w:rPr>
              <w:t>Each Junior must bring one bird of their choice (Chicken, Duck, Goose or Turkey) to the ring to be judged. YOU, the exhibitor, will be judged on the appearance of your bird, your knowledge of the bird, how you handle the bird and your general poultry enthusiasm. We will have seating and a sound system so all can hear and see the placings.</w:t>
            </w:r>
          </w:p>
          <w:p w14:paraId="40B2AF4B" w14:textId="77777777" w:rsidR="00AE356B" w:rsidRDefault="00AE356B" w:rsidP="00AE356B">
            <w:r w:rsidRPr="006C5B9F">
              <w:t>We prefer you pre-register on your entry to be in the showmanship contest. There is no entry fee for showmanship.</w:t>
            </w:r>
          </w:p>
          <w:p w14:paraId="7D25E00D" w14:textId="77777777" w:rsidR="006F12B8" w:rsidRPr="00D374A8" w:rsidRDefault="006F12B8" w:rsidP="006F12B8">
            <w:pPr>
              <w:rPr>
                <w:rFonts w:ascii="Times New Roman" w:hAnsi="Times New Roman" w:cs="Times New Roman"/>
              </w:rPr>
            </w:pPr>
            <w:r w:rsidRPr="00D374A8">
              <w:rPr>
                <w:rFonts w:ascii="Times New Roman" w:hAnsi="Times New Roman" w:cs="Times New Roman"/>
              </w:rPr>
              <w:t xml:space="preserve">Be sure to include your age group </w:t>
            </w:r>
            <w:proofErr w:type="gramStart"/>
            <w:r w:rsidRPr="00D374A8">
              <w:rPr>
                <w:rFonts w:ascii="Times New Roman" w:hAnsi="Times New Roman" w:cs="Times New Roman"/>
              </w:rPr>
              <w:t>on</w:t>
            </w:r>
            <w:proofErr w:type="gramEnd"/>
            <w:r w:rsidRPr="00D374A8">
              <w:rPr>
                <w:rFonts w:ascii="Times New Roman" w:hAnsi="Times New Roman" w:cs="Times New Roman"/>
              </w:rPr>
              <w:t xml:space="preserve"> your entry. You must bring an extra bird for showmanship. This will allow the Junior Judge to finish each class uninterrupted. This bird can be borrowed from a friend.</w:t>
            </w:r>
          </w:p>
          <w:p w14:paraId="311143DE" w14:textId="77777777" w:rsidR="006F12B8" w:rsidRDefault="006F12B8" w:rsidP="006F12B8">
            <w:pPr>
              <w:pStyle w:val="ListParagraph"/>
              <w:numPr>
                <w:ilvl w:val="0"/>
                <w:numId w:val="22"/>
              </w:numPr>
              <w:ind w:left="720"/>
              <w:rPr>
                <w:rFonts w:ascii="Times New Roman" w:hAnsi="Times New Roman" w:cs="Times New Roman"/>
              </w:rPr>
            </w:pPr>
            <w:r w:rsidRPr="006C5B9F">
              <w:rPr>
                <w:rFonts w:ascii="Times New Roman" w:hAnsi="Times New Roman" w:cs="Times New Roman"/>
              </w:rPr>
              <w:t>Age groups are:</w:t>
            </w:r>
          </w:p>
          <w:p w14:paraId="7E6559E9" w14:textId="77777777" w:rsidR="006F12B8" w:rsidRDefault="006F12B8" w:rsidP="006F12B8">
            <w:pPr>
              <w:pStyle w:val="ListParagraph"/>
              <w:numPr>
                <w:ilvl w:val="1"/>
                <w:numId w:val="22"/>
              </w:numPr>
              <w:rPr>
                <w:rFonts w:ascii="Times New Roman" w:hAnsi="Times New Roman" w:cs="Times New Roman"/>
              </w:rPr>
            </w:pPr>
            <w:r w:rsidRPr="006C5B9F">
              <w:rPr>
                <w:rFonts w:ascii="Times New Roman" w:hAnsi="Times New Roman" w:cs="Times New Roman"/>
              </w:rPr>
              <w:t>9 years and under</w:t>
            </w:r>
          </w:p>
          <w:p w14:paraId="11373DAD" w14:textId="77777777" w:rsidR="006F12B8" w:rsidRDefault="006F12B8" w:rsidP="006F12B8">
            <w:pPr>
              <w:pStyle w:val="ListParagraph"/>
              <w:numPr>
                <w:ilvl w:val="1"/>
                <w:numId w:val="22"/>
              </w:numPr>
              <w:rPr>
                <w:rFonts w:ascii="Times New Roman" w:hAnsi="Times New Roman" w:cs="Times New Roman"/>
              </w:rPr>
            </w:pPr>
            <w:r w:rsidRPr="006C5B9F">
              <w:rPr>
                <w:rFonts w:ascii="Times New Roman" w:hAnsi="Times New Roman" w:cs="Times New Roman"/>
              </w:rPr>
              <w:t>10-14 years</w:t>
            </w:r>
          </w:p>
          <w:p w14:paraId="0F45DD68" w14:textId="77777777" w:rsidR="006F12B8" w:rsidRDefault="006F12B8" w:rsidP="006F12B8">
            <w:pPr>
              <w:pStyle w:val="ListParagraph"/>
              <w:numPr>
                <w:ilvl w:val="1"/>
                <w:numId w:val="22"/>
              </w:numPr>
              <w:rPr>
                <w:rFonts w:ascii="Times New Roman" w:hAnsi="Times New Roman" w:cs="Times New Roman"/>
              </w:rPr>
            </w:pPr>
            <w:r w:rsidRPr="006C5B9F">
              <w:rPr>
                <w:rFonts w:ascii="Times New Roman" w:hAnsi="Times New Roman" w:cs="Times New Roman"/>
              </w:rPr>
              <w:t>15-18 years of age</w:t>
            </w:r>
          </w:p>
          <w:p w14:paraId="064BA42B" w14:textId="77777777" w:rsidR="006F12B8" w:rsidRPr="006C5B9F" w:rsidRDefault="006F12B8" w:rsidP="006F12B8">
            <w:pPr>
              <w:pStyle w:val="ListParagraph"/>
              <w:numPr>
                <w:ilvl w:val="0"/>
                <w:numId w:val="22"/>
              </w:numPr>
              <w:ind w:left="720"/>
              <w:rPr>
                <w:rFonts w:ascii="Times New Roman" w:hAnsi="Times New Roman" w:cs="Times New Roman"/>
              </w:rPr>
            </w:pPr>
            <w:r w:rsidRPr="006C5B9F">
              <w:rPr>
                <w:rFonts w:ascii="Times New Roman" w:hAnsi="Times New Roman" w:cs="Times New Roman"/>
              </w:rPr>
              <w:t xml:space="preserve">Be sure to include your age group </w:t>
            </w:r>
            <w:proofErr w:type="gramStart"/>
            <w:r w:rsidRPr="006C5B9F">
              <w:rPr>
                <w:rFonts w:ascii="Times New Roman" w:hAnsi="Times New Roman" w:cs="Times New Roman"/>
              </w:rPr>
              <w:t>on</w:t>
            </w:r>
            <w:proofErr w:type="gramEnd"/>
            <w:r w:rsidRPr="006C5B9F">
              <w:rPr>
                <w:rFonts w:ascii="Times New Roman" w:hAnsi="Times New Roman" w:cs="Times New Roman"/>
              </w:rPr>
              <w:t xml:space="preserve"> your entry. You must bring an extra bird for showmanship. This will allow the Junior Judge to finish each class uninterrupted. This bird can be borrowed from a friend.</w:t>
            </w:r>
          </w:p>
          <w:p w14:paraId="4DD4A4DE" w14:textId="38993D2D" w:rsidR="00A2159C" w:rsidRPr="00991F95" w:rsidRDefault="00A2159C" w:rsidP="00A2159C">
            <w:pPr>
              <w:rPr>
                <w:rFonts w:ascii="Times New Roman" w:hAnsi="Times New Roman" w:cs="Times New Roman"/>
              </w:rPr>
            </w:pPr>
            <w:r w:rsidRPr="00991F95">
              <w:rPr>
                <w:rFonts w:ascii="Times New Roman" w:hAnsi="Times New Roman" w:cs="Times New Roman"/>
              </w:rPr>
              <w:t xml:space="preserve">The Junior show will be held in the </w:t>
            </w:r>
            <w:proofErr w:type="spellStart"/>
            <w:r w:rsidRPr="00991F95">
              <w:rPr>
                <w:rFonts w:ascii="Times New Roman" w:hAnsi="Times New Roman" w:cs="Times New Roman"/>
              </w:rPr>
              <w:t>Agribition</w:t>
            </w:r>
            <w:proofErr w:type="spellEnd"/>
            <w:r w:rsidRPr="00991F95">
              <w:rPr>
                <w:rFonts w:ascii="Times New Roman" w:hAnsi="Times New Roman" w:cs="Times New Roman"/>
              </w:rPr>
              <w:t xml:space="preserve"> Building. All judging will be by the latest edition of the American Standard of Perfection copyrighted by the</w:t>
            </w:r>
            <w:r>
              <w:rPr>
                <w:rFonts w:ascii="Times New Roman" w:hAnsi="Times New Roman" w:cs="Times New Roman"/>
              </w:rPr>
              <w:t xml:space="preserve"> </w:t>
            </w:r>
            <w:r w:rsidRPr="00991F95">
              <w:rPr>
                <w:rFonts w:ascii="Times New Roman" w:hAnsi="Times New Roman" w:cs="Times New Roman"/>
              </w:rPr>
              <w:t>American Poultry Association, Inc. Application for membership maybe made at the show or may be sent to the American Poultry Association but must be prior to judging to be eligible for the APA awards.</w:t>
            </w:r>
          </w:p>
          <w:p w14:paraId="2223193C" w14:textId="77777777" w:rsidR="006F12B8" w:rsidRDefault="006F12B8" w:rsidP="00A333B8">
            <w:pPr>
              <w:rPr>
                <w:rStyle w:val="Strong"/>
                <w:rFonts w:ascii="Times New Roman" w:hAnsi="Times New Roman" w:cs="Times New Roman"/>
              </w:rPr>
            </w:pPr>
          </w:p>
          <w:p w14:paraId="441CE07E" w14:textId="6BA5D3F0" w:rsidR="006F12B8" w:rsidRPr="005B4244" w:rsidRDefault="005B4244" w:rsidP="00A333B8">
            <w:pPr>
              <w:rPr>
                <w:rStyle w:val="Strong"/>
                <w:rFonts w:ascii="Times New Roman" w:hAnsi="Times New Roman" w:cs="Times New Roman"/>
                <w:sz w:val="52"/>
                <w:szCs w:val="52"/>
              </w:rPr>
            </w:pPr>
            <w:r w:rsidRPr="005B4244">
              <w:rPr>
                <w:rStyle w:val="Strong"/>
                <w:rFonts w:ascii="Times New Roman" w:hAnsi="Times New Roman" w:cs="Times New Roman"/>
                <w:sz w:val="52"/>
                <w:szCs w:val="52"/>
              </w:rPr>
              <w:lastRenderedPageBreak/>
              <w:t>Sponsors:</w:t>
            </w:r>
          </w:p>
          <w:p w14:paraId="1587DE15" w14:textId="77777777" w:rsidR="006F12B8" w:rsidRDefault="006F12B8" w:rsidP="00A333B8">
            <w:pPr>
              <w:rPr>
                <w:rStyle w:val="Strong"/>
                <w:rFonts w:ascii="Times New Roman" w:hAnsi="Times New Roman" w:cs="Times New Roman"/>
              </w:rPr>
            </w:pPr>
          </w:p>
          <w:p w14:paraId="25E63A97" w14:textId="3D993967" w:rsidR="006F12B8" w:rsidRDefault="005B4244" w:rsidP="00A333B8">
            <w:pPr>
              <w:rPr>
                <w:rStyle w:val="Strong"/>
                <w:rFonts w:ascii="Times New Roman" w:hAnsi="Times New Roman" w:cs="Times New Roman"/>
              </w:rPr>
            </w:pPr>
            <w:r>
              <w:rPr>
                <w:rStyle w:val="Strong"/>
                <w:rFonts w:ascii="Times New Roman" w:hAnsi="Times New Roman" w:cs="Times New Roman"/>
                <w:noProof/>
              </w:rPr>
              <w:drawing>
                <wp:inline distT="0" distB="0" distL="0" distR="0" wp14:anchorId="78ECB615" wp14:editId="387DF6F1">
                  <wp:extent cx="3954314" cy="1550091"/>
                  <wp:effectExtent l="0" t="0" r="8255" b="0"/>
                  <wp:docPr id="2131985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5704" cy="1562396"/>
                          </a:xfrm>
                          <a:prstGeom prst="rect">
                            <a:avLst/>
                          </a:prstGeom>
                          <a:noFill/>
                        </pic:spPr>
                      </pic:pic>
                    </a:graphicData>
                  </a:graphic>
                </wp:inline>
              </w:drawing>
            </w:r>
          </w:p>
          <w:p w14:paraId="38F09A8A" w14:textId="77777777" w:rsidR="006F12B8" w:rsidRDefault="006F12B8" w:rsidP="00A333B8">
            <w:pPr>
              <w:rPr>
                <w:rStyle w:val="Strong"/>
                <w:rFonts w:ascii="Times New Roman" w:hAnsi="Times New Roman" w:cs="Times New Roman"/>
              </w:rPr>
            </w:pPr>
          </w:p>
          <w:p w14:paraId="1B6FE598" w14:textId="11250D9B" w:rsidR="006F12B8" w:rsidRDefault="005B4244" w:rsidP="00A333B8">
            <w:pPr>
              <w:rPr>
                <w:rStyle w:val="Strong"/>
                <w:rFonts w:ascii="Times New Roman" w:hAnsi="Times New Roman" w:cs="Times New Roman"/>
              </w:rPr>
            </w:pPr>
            <w:r>
              <w:rPr>
                <w:rStyle w:val="Strong"/>
                <w:rFonts w:ascii="Times New Roman" w:hAnsi="Times New Roman" w:cs="Times New Roman"/>
                <w:noProof/>
              </w:rPr>
              <w:drawing>
                <wp:inline distT="0" distB="0" distL="0" distR="0" wp14:anchorId="2A793CF1" wp14:editId="6C2ACC70">
                  <wp:extent cx="3398520" cy="1394460"/>
                  <wp:effectExtent l="0" t="0" r="0" b="0"/>
                  <wp:docPr id="11026531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8520" cy="1394460"/>
                          </a:xfrm>
                          <a:prstGeom prst="rect">
                            <a:avLst/>
                          </a:prstGeom>
                          <a:noFill/>
                        </pic:spPr>
                      </pic:pic>
                    </a:graphicData>
                  </a:graphic>
                </wp:inline>
              </w:drawing>
            </w:r>
          </w:p>
          <w:p w14:paraId="3F69F25F" w14:textId="77777777" w:rsidR="006F12B8" w:rsidRDefault="006F12B8" w:rsidP="00A333B8">
            <w:pPr>
              <w:rPr>
                <w:rStyle w:val="Strong"/>
                <w:rFonts w:ascii="Times New Roman" w:hAnsi="Times New Roman" w:cs="Times New Roman"/>
              </w:rPr>
            </w:pPr>
          </w:p>
          <w:p w14:paraId="0993F852" w14:textId="77777777" w:rsidR="006F12B8" w:rsidRDefault="006F12B8" w:rsidP="00A333B8">
            <w:pPr>
              <w:rPr>
                <w:rStyle w:val="Strong"/>
                <w:rFonts w:ascii="Times New Roman" w:hAnsi="Times New Roman" w:cs="Times New Roman"/>
              </w:rPr>
            </w:pPr>
          </w:p>
          <w:p w14:paraId="736EE9D7" w14:textId="77777777" w:rsidR="006F12B8" w:rsidRDefault="006F12B8" w:rsidP="00A333B8">
            <w:pPr>
              <w:rPr>
                <w:rStyle w:val="Strong"/>
                <w:rFonts w:ascii="Times New Roman" w:hAnsi="Times New Roman" w:cs="Times New Roman"/>
              </w:rPr>
            </w:pPr>
          </w:p>
          <w:p w14:paraId="72D50F80" w14:textId="44D6D6A3" w:rsidR="00A333B8" w:rsidRPr="008E7D44" w:rsidRDefault="00A333B8" w:rsidP="00A333B8">
            <w:pPr>
              <w:rPr>
                <w:rFonts w:ascii="Times New Roman" w:hAnsi="Times New Roman" w:cs="Times New Roman"/>
              </w:rPr>
            </w:pPr>
          </w:p>
        </w:tc>
      </w:tr>
    </w:tbl>
    <w:p w14:paraId="6389A23E" w14:textId="69E3BECB" w:rsidR="006D5647" w:rsidRDefault="006D5647" w:rsidP="007A5C46"/>
    <w:sectPr w:rsidR="006D5647" w:rsidSect="00FF7253">
      <w:foot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075D5" w14:textId="77777777" w:rsidR="006A0BA3" w:rsidRDefault="006A0BA3" w:rsidP="00602E62">
      <w:pPr>
        <w:spacing w:after="0" w:line="240" w:lineRule="auto"/>
      </w:pPr>
      <w:r>
        <w:separator/>
      </w:r>
    </w:p>
  </w:endnote>
  <w:endnote w:type="continuationSeparator" w:id="0">
    <w:p w14:paraId="29086F41" w14:textId="77777777" w:rsidR="006A0BA3" w:rsidRDefault="006A0BA3" w:rsidP="00602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03664"/>
      <w:docPartObj>
        <w:docPartGallery w:val="Page Numbers (Bottom of Page)"/>
        <w:docPartUnique/>
      </w:docPartObj>
    </w:sdtPr>
    <w:sdtEndPr>
      <w:rPr>
        <w:noProof/>
      </w:rPr>
    </w:sdtEndPr>
    <w:sdtContent>
      <w:p w14:paraId="7B9A27F0" w14:textId="7DB9DEAF" w:rsidR="00602E62" w:rsidRDefault="00602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3A1606" w14:textId="77777777" w:rsidR="00602E62" w:rsidRDefault="00602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7970C" w14:textId="77777777" w:rsidR="006A0BA3" w:rsidRDefault="006A0BA3" w:rsidP="00602E62">
      <w:pPr>
        <w:spacing w:after="0" w:line="240" w:lineRule="auto"/>
      </w:pPr>
      <w:r>
        <w:separator/>
      </w:r>
    </w:p>
  </w:footnote>
  <w:footnote w:type="continuationSeparator" w:id="0">
    <w:p w14:paraId="417512D4" w14:textId="77777777" w:rsidR="006A0BA3" w:rsidRDefault="006A0BA3" w:rsidP="00602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440"/>
        </w:tabs>
        <w:ind w:left="144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20815"/>
    <w:multiLevelType w:val="hybridMultilevel"/>
    <w:tmpl w:val="C20A7C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7139FE"/>
    <w:multiLevelType w:val="multilevel"/>
    <w:tmpl w:val="EC96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7F0AEE"/>
    <w:multiLevelType w:val="hybridMultilevel"/>
    <w:tmpl w:val="EC028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30703"/>
    <w:multiLevelType w:val="hybridMultilevel"/>
    <w:tmpl w:val="78E2E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74787D"/>
    <w:multiLevelType w:val="hybridMultilevel"/>
    <w:tmpl w:val="5806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A1EC7"/>
    <w:multiLevelType w:val="hybridMultilevel"/>
    <w:tmpl w:val="BA54B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6C46E5"/>
    <w:multiLevelType w:val="hybridMultilevel"/>
    <w:tmpl w:val="686E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8E703E"/>
    <w:multiLevelType w:val="hybridMultilevel"/>
    <w:tmpl w:val="776A8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5E1F58"/>
    <w:multiLevelType w:val="hybridMultilevel"/>
    <w:tmpl w:val="65A27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D97625"/>
    <w:multiLevelType w:val="hybridMultilevel"/>
    <w:tmpl w:val="8026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E04208"/>
    <w:multiLevelType w:val="hybridMultilevel"/>
    <w:tmpl w:val="FEB2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FC5DCE"/>
    <w:multiLevelType w:val="hybridMultilevel"/>
    <w:tmpl w:val="EECE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0B0686"/>
    <w:multiLevelType w:val="hybridMultilevel"/>
    <w:tmpl w:val="21DE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EC0A95"/>
    <w:multiLevelType w:val="hybridMultilevel"/>
    <w:tmpl w:val="61C8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AA141A"/>
    <w:multiLevelType w:val="hybridMultilevel"/>
    <w:tmpl w:val="0C207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E73ABE"/>
    <w:multiLevelType w:val="hybridMultilevel"/>
    <w:tmpl w:val="AA7A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921F4F"/>
    <w:multiLevelType w:val="hybridMultilevel"/>
    <w:tmpl w:val="F25C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7C67F2"/>
    <w:multiLevelType w:val="hybridMultilevel"/>
    <w:tmpl w:val="FC80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A43B65"/>
    <w:multiLevelType w:val="hybridMultilevel"/>
    <w:tmpl w:val="C116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1F3E72"/>
    <w:multiLevelType w:val="hybridMultilevel"/>
    <w:tmpl w:val="A19E9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BC4C16"/>
    <w:multiLevelType w:val="hybridMultilevel"/>
    <w:tmpl w:val="4D16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454FCF"/>
    <w:multiLevelType w:val="hybridMultilevel"/>
    <w:tmpl w:val="0C5C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04DB6"/>
    <w:multiLevelType w:val="hybridMultilevel"/>
    <w:tmpl w:val="E4A8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266A60"/>
    <w:multiLevelType w:val="hybridMultilevel"/>
    <w:tmpl w:val="57C0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7588865">
    <w:abstractNumId w:val="8"/>
  </w:num>
  <w:num w:numId="2" w16cid:durableId="645429279">
    <w:abstractNumId w:val="6"/>
  </w:num>
  <w:num w:numId="3" w16cid:durableId="1506431346">
    <w:abstractNumId w:val="5"/>
  </w:num>
  <w:num w:numId="4" w16cid:durableId="82916413">
    <w:abstractNumId w:val="4"/>
  </w:num>
  <w:num w:numId="5" w16cid:durableId="448167574">
    <w:abstractNumId w:val="7"/>
  </w:num>
  <w:num w:numId="6" w16cid:durableId="1806462763">
    <w:abstractNumId w:val="3"/>
  </w:num>
  <w:num w:numId="7" w16cid:durableId="1999917230">
    <w:abstractNumId w:val="2"/>
  </w:num>
  <w:num w:numId="8" w16cid:durableId="1226330961">
    <w:abstractNumId w:val="1"/>
  </w:num>
  <w:num w:numId="9" w16cid:durableId="104231201">
    <w:abstractNumId w:val="0"/>
  </w:num>
  <w:num w:numId="10" w16cid:durableId="1886721174">
    <w:abstractNumId w:val="10"/>
  </w:num>
  <w:num w:numId="11" w16cid:durableId="177165122">
    <w:abstractNumId w:val="27"/>
  </w:num>
  <w:num w:numId="12" w16cid:durableId="536237779">
    <w:abstractNumId w:val="24"/>
  </w:num>
  <w:num w:numId="13" w16cid:durableId="2146656025">
    <w:abstractNumId w:val="14"/>
  </w:num>
  <w:num w:numId="14" w16cid:durableId="1999649649">
    <w:abstractNumId w:val="20"/>
  </w:num>
  <w:num w:numId="15" w16cid:durableId="1261643889">
    <w:abstractNumId w:val="16"/>
  </w:num>
  <w:num w:numId="16" w16cid:durableId="1224829587">
    <w:abstractNumId w:val="30"/>
  </w:num>
  <w:num w:numId="17" w16cid:durableId="1396392380">
    <w:abstractNumId w:val="12"/>
  </w:num>
  <w:num w:numId="18" w16cid:durableId="1141313307">
    <w:abstractNumId w:val="15"/>
  </w:num>
  <w:num w:numId="19" w16cid:durableId="1470783195">
    <w:abstractNumId w:val="25"/>
  </w:num>
  <w:num w:numId="20" w16cid:durableId="1462112387">
    <w:abstractNumId w:val="13"/>
  </w:num>
  <w:num w:numId="21" w16cid:durableId="1781535714">
    <w:abstractNumId w:val="32"/>
  </w:num>
  <w:num w:numId="22" w16cid:durableId="716973084">
    <w:abstractNumId w:val="9"/>
  </w:num>
  <w:num w:numId="23" w16cid:durableId="936597950">
    <w:abstractNumId w:val="19"/>
  </w:num>
  <w:num w:numId="24" w16cid:durableId="322897988">
    <w:abstractNumId w:val="26"/>
  </w:num>
  <w:num w:numId="25" w16cid:durableId="241570614">
    <w:abstractNumId w:val="18"/>
  </w:num>
  <w:num w:numId="26" w16cid:durableId="1933006080">
    <w:abstractNumId w:val="17"/>
  </w:num>
  <w:num w:numId="27" w16cid:durableId="470098451">
    <w:abstractNumId w:val="31"/>
  </w:num>
  <w:num w:numId="28" w16cid:durableId="331762598">
    <w:abstractNumId w:val="28"/>
  </w:num>
  <w:num w:numId="29" w16cid:durableId="141777169">
    <w:abstractNumId w:val="21"/>
  </w:num>
  <w:num w:numId="30" w16cid:durableId="1445271864">
    <w:abstractNumId w:val="23"/>
  </w:num>
  <w:num w:numId="31" w16cid:durableId="1686250539">
    <w:abstractNumId w:val="22"/>
  </w:num>
  <w:num w:numId="32" w16cid:durableId="1208109092">
    <w:abstractNumId w:val="29"/>
  </w:num>
  <w:num w:numId="33" w16cid:durableId="553390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C25"/>
    <w:rsid w:val="00034616"/>
    <w:rsid w:val="0006063C"/>
    <w:rsid w:val="00075330"/>
    <w:rsid w:val="000F74AF"/>
    <w:rsid w:val="0015074B"/>
    <w:rsid w:val="00157312"/>
    <w:rsid w:val="00185E7C"/>
    <w:rsid w:val="001A0125"/>
    <w:rsid w:val="001F381D"/>
    <w:rsid w:val="001F4D1A"/>
    <w:rsid w:val="00274F14"/>
    <w:rsid w:val="0029639D"/>
    <w:rsid w:val="002A1E1A"/>
    <w:rsid w:val="00326F90"/>
    <w:rsid w:val="00365382"/>
    <w:rsid w:val="003A3473"/>
    <w:rsid w:val="003A6FE0"/>
    <w:rsid w:val="00426652"/>
    <w:rsid w:val="00475BAE"/>
    <w:rsid w:val="004A3FD9"/>
    <w:rsid w:val="004F66E4"/>
    <w:rsid w:val="00557B58"/>
    <w:rsid w:val="005B4244"/>
    <w:rsid w:val="005E4D1E"/>
    <w:rsid w:val="00602E62"/>
    <w:rsid w:val="00636D66"/>
    <w:rsid w:val="006A0BA3"/>
    <w:rsid w:val="006C5B9F"/>
    <w:rsid w:val="006D5647"/>
    <w:rsid w:val="006F12B8"/>
    <w:rsid w:val="00794BB0"/>
    <w:rsid w:val="007A5C46"/>
    <w:rsid w:val="007C6F77"/>
    <w:rsid w:val="007C72E6"/>
    <w:rsid w:val="007F5868"/>
    <w:rsid w:val="008479A4"/>
    <w:rsid w:val="008B5A39"/>
    <w:rsid w:val="008E7D44"/>
    <w:rsid w:val="00900279"/>
    <w:rsid w:val="00986EE0"/>
    <w:rsid w:val="00991F95"/>
    <w:rsid w:val="009C40C1"/>
    <w:rsid w:val="00A2159C"/>
    <w:rsid w:val="00A333B8"/>
    <w:rsid w:val="00A6445D"/>
    <w:rsid w:val="00A711F6"/>
    <w:rsid w:val="00AA1D8D"/>
    <w:rsid w:val="00AE356B"/>
    <w:rsid w:val="00AE4064"/>
    <w:rsid w:val="00AF3604"/>
    <w:rsid w:val="00B07C6A"/>
    <w:rsid w:val="00B47730"/>
    <w:rsid w:val="00B80326"/>
    <w:rsid w:val="00BE0A1D"/>
    <w:rsid w:val="00C154E3"/>
    <w:rsid w:val="00C404BF"/>
    <w:rsid w:val="00CA0289"/>
    <w:rsid w:val="00CB0664"/>
    <w:rsid w:val="00CC7969"/>
    <w:rsid w:val="00D374A8"/>
    <w:rsid w:val="00D51AE4"/>
    <w:rsid w:val="00D8695C"/>
    <w:rsid w:val="00E601AC"/>
    <w:rsid w:val="00E71357"/>
    <w:rsid w:val="00EE4023"/>
    <w:rsid w:val="00EF2BF3"/>
    <w:rsid w:val="00F54CDD"/>
    <w:rsid w:val="00F6753D"/>
    <w:rsid w:val="00FB45FF"/>
    <w:rsid w:val="00FC4558"/>
    <w:rsid w:val="00FC693F"/>
    <w:rsid w:val="00FF7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CBA59E"/>
  <w14:defaultImageDpi w14:val="300"/>
  <w15:docId w15:val="{C39869B7-E032-422C-B926-0F025800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0753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5330"/>
    <w:rPr>
      <w:color w:val="0000FF"/>
      <w:u w:val="single"/>
    </w:rPr>
  </w:style>
  <w:style w:type="character" w:styleId="FollowedHyperlink">
    <w:name w:val="FollowedHyperlink"/>
    <w:basedOn w:val="DefaultParagraphFont"/>
    <w:uiPriority w:val="99"/>
    <w:semiHidden/>
    <w:unhideWhenUsed/>
    <w:rsid w:val="00075330"/>
    <w:rPr>
      <w:color w:val="800080" w:themeColor="followedHyperlink"/>
      <w:u w:val="single"/>
    </w:rPr>
  </w:style>
  <w:style w:type="character" w:styleId="UnresolvedMention">
    <w:name w:val="Unresolved Mention"/>
    <w:basedOn w:val="DefaultParagraphFont"/>
    <w:uiPriority w:val="99"/>
    <w:semiHidden/>
    <w:unhideWhenUsed/>
    <w:rsid w:val="00FB4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8435">
      <w:bodyDiv w:val="1"/>
      <w:marLeft w:val="0"/>
      <w:marRight w:val="0"/>
      <w:marTop w:val="0"/>
      <w:marBottom w:val="0"/>
      <w:divBdr>
        <w:top w:val="none" w:sz="0" w:space="0" w:color="auto"/>
        <w:left w:val="none" w:sz="0" w:space="0" w:color="auto"/>
        <w:bottom w:val="none" w:sz="0" w:space="0" w:color="auto"/>
        <w:right w:val="none" w:sz="0" w:space="0" w:color="auto"/>
      </w:divBdr>
    </w:div>
    <w:div w:id="14148588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cretary@americanpoultryass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yandottebreedersofamerica@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ultry-hub.com/exhibitor/show/AiBm4n1wzYcvKdD1kMpJ"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1636</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Patti Dietzel</cp:lastModifiedBy>
  <cp:revision>3</cp:revision>
  <dcterms:created xsi:type="dcterms:W3CDTF">2026-07-31T03:35:00Z</dcterms:created>
  <dcterms:modified xsi:type="dcterms:W3CDTF">2026-08-01T14:48:00Z</dcterms:modified>
  <cp:category/>
</cp:coreProperties>
</file>